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812"/>
      </w:tblGrid>
      <w:tr w:rsidR="00F164C2" w:rsidRPr="00791366" w14:paraId="30B6F92F" w14:textId="77777777" w:rsidTr="00705CBD">
        <w:tc>
          <w:tcPr>
            <w:tcW w:w="3510" w:type="dxa"/>
          </w:tcPr>
          <w:p w14:paraId="0E756CF1" w14:textId="77777777" w:rsidR="00F164C2" w:rsidRPr="00F164C2" w:rsidRDefault="00F164C2" w:rsidP="00F164C2">
            <w:pPr>
              <w:jc w:val="center"/>
              <w:rPr>
                <w:rFonts w:ascii="Times New Roman" w:hAnsi="Times New Roman" w:cs="Times New Roman"/>
                <w:b/>
                <w:sz w:val="26"/>
                <w:szCs w:val="26"/>
              </w:rPr>
            </w:pPr>
            <w:r w:rsidRPr="00F164C2">
              <w:rPr>
                <w:rFonts w:ascii="Times New Roman" w:hAnsi="Times New Roman" w:cs="Times New Roman"/>
                <w:b/>
                <w:sz w:val="26"/>
                <w:szCs w:val="26"/>
              </w:rPr>
              <w:t>ỦY BAN NHÂN DÂN</w:t>
            </w:r>
          </w:p>
          <w:p w14:paraId="49E11EC9" w14:textId="77777777" w:rsidR="00F164C2" w:rsidRPr="00F164C2" w:rsidRDefault="00705CBD" w:rsidP="00F164C2">
            <w:pPr>
              <w:jc w:val="center"/>
              <w:rPr>
                <w:rFonts w:ascii="Times New Roman" w:hAnsi="Times New Roman" w:cs="Times New Roman"/>
                <w:sz w:val="28"/>
                <w:szCs w:val="28"/>
                <w:lang w:val="vi-VN"/>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604689B2" wp14:editId="0D1D57CB">
                      <wp:simplePos x="0" y="0"/>
                      <wp:positionH relativeFrom="column">
                        <wp:posOffset>481964</wp:posOffset>
                      </wp:positionH>
                      <wp:positionV relativeFrom="paragraph">
                        <wp:posOffset>242570</wp:posOffset>
                      </wp:positionV>
                      <wp:extent cx="1076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1076325"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6B2C43"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7.95pt,19.1pt" to="122.7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" strokecolor="black [3040]"/>
                  </w:pict>
                </mc:Fallback>
              </mc:AlternateContent>
            </w:r>
            <w:r w:rsidR="00F164C2" w:rsidRPr="00F164C2">
              <w:rPr>
                <w:rFonts w:ascii="Times New Roman" w:hAnsi="Times New Roman" w:cs="Times New Roman"/>
                <w:b/>
                <w:sz w:val="26"/>
                <w:szCs w:val="26"/>
                <w:lang w:val="vi-VN"/>
              </w:rPr>
              <w:t>XÃ ĐỨC THỌ</w:t>
            </w:r>
          </w:p>
        </w:tc>
        <w:tc>
          <w:tcPr>
            <w:tcW w:w="5812" w:type="dxa"/>
          </w:tcPr>
          <w:p w14:paraId="5C66D890" w14:textId="77777777" w:rsidR="00F164C2" w:rsidRPr="00F164C2" w:rsidRDefault="00F164C2" w:rsidP="00F164C2">
            <w:pPr>
              <w:jc w:val="center"/>
              <w:rPr>
                <w:rFonts w:ascii="Times New Roman" w:hAnsi="Times New Roman" w:cs="Times New Roman"/>
                <w:b/>
                <w:sz w:val="26"/>
                <w:szCs w:val="26"/>
                <w:lang w:val="vi-VN"/>
              </w:rPr>
            </w:pPr>
            <w:r w:rsidRPr="00F164C2">
              <w:rPr>
                <w:rFonts w:ascii="Times New Roman" w:hAnsi="Times New Roman" w:cs="Times New Roman"/>
                <w:b/>
                <w:sz w:val="26"/>
                <w:szCs w:val="26"/>
                <w:lang w:val="vi-VN"/>
              </w:rPr>
              <w:t>CỘNG HÒA XÃ HỘI CHỦ NGHĨA VIỆT NAM</w:t>
            </w:r>
          </w:p>
          <w:p w14:paraId="708EFA74" w14:textId="77777777" w:rsidR="00F164C2" w:rsidRPr="00791366" w:rsidRDefault="00F164C2" w:rsidP="00F164C2">
            <w:pPr>
              <w:jc w:val="center"/>
              <w:rPr>
                <w:rFonts w:ascii="Times New Roman" w:hAnsi="Times New Roman" w:cs="Times New Roman"/>
                <w:b/>
                <w:sz w:val="28"/>
                <w:szCs w:val="28"/>
                <w:lang w:val="vi-VN"/>
              </w:rPr>
            </w:pPr>
            <w:r w:rsidRPr="00791366">
              <w:rPr>
                <w:rFonts w:ascii="Times New Roman" w:hAnsi="Times New Roman" w:cs="Times New Roman"/>
                <w:b/>
                <w:sz w:val="28"/>
                <w:szCs w:val="28"/>
                <w:lang w:val="vi-VN"/>
              </w:rPr>
              <w:t>Độc lập - Tự do - Hạnh phúc</w:t>
            </w:r>
          </w:p>
          <w:p w14:paraId="382B34CB" w14:textId="77777777" w:rsidR="00F164C2" w:rsidRDefault="00705CBD">
            <w:pPr>
              <w:rPr>
                <w:rFonts w:ascii="Times New Roman" w:hAnsi="Times New Roman" w:cs="Times New Roman"/>
                <w:i/>
                <w:sz w:val="28"/>
                <w:szCs w:val="28"/>
                <w:lang w:val="vi-VN"/>
              </w:rPr>
            </w:pPr>
            <w:r>
              <w:rPr>
                <w:rFonts w:ascii="Times New Roman" w:hAnsi="Times New Roman" w:cs="Times New Roman"/>
                <w:i/>
                <w:noProof/>
                <w:sz w:val="28"/>
                <w:szCs w:val="28"/>
              </w:rPr>
              <mc:AlternateContent>
                <mc:Choice Requires="wps">
                  <w:drawing>
                    <wp:anchor distT="0" distB="0" distL="114300" distR="114300" simplePos="0" relativeHeight="251657216" behindDoc="0" locked="0" layoutInCell="1" allowOverlap="1" wp14:anchorId="39BDD054" wp14:editId="41EDE83A">
                      <wp:simplePos x="0" y="0"/>
                      <wp:positionH relativeFrom="column">
                        <wp:posOffset>702945</wp:posOffset>
                      </wp:positionH>
                      <wp:positionV relativeFrom="paragraph">
                        <wp:posOffset>19050</wp:posOffset>
                      </wp:positionV>
                      <wp:extent cx="21907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907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F1954C"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5.35pt,1.5pt" to="227.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" strokecolor="black [3040]"/>
                  </w:pict>
                </mc:Fallback>
              </mc:AlternateContent>
            </w:r>
          </w:p>
          <w:p w14:paraId="6C9524F0" w14:textId="45C57575" w:rsidR="00F164C2" w:rsidRPr="00F164C2" w:rsidRDefault="00F164C2" w:rsidP="00F26130">
            <w:pPr>
              <w:jc w:val="right"/>
              <w:rPr>
                <w:rFonts w:ascii="Times New Roman" w:hAnsi="Times New Roman" w:cs="Times New Roman"/>
                <w:i/>
                <w:sz w:val="28"/>
                <w:szCs w:val="28"/>
                <w:lang w:val="vi-VN"/>
              </w:rPr>
            </w:pPr>
            <w:r w:rsidRPr="00F164C2">
              <w:rPr>
                <w:rFonts w:ascii="Times New Roman" w:hAnsi="Times New Roman" w:cs="Times New Roman"/>
                <w:i/>
                <w:sz w:val="28"/>
                <w:szCs w:val="28"/>
                <w:lang w:val="vi-VN"/>
              </w:rPr>
              <w:t>Đức Thọ</w:t>
            </w:r>
            <w:r w:rsidR="004E7956">
              <w:rPr>
                <w:rFonts w:ascii="Times New Roman" w:hAnsi="Times New Roman" w:cs="Times New Roman"/>
                <w:i/>
                <w:sz w:val="28"/>
                <w:szCs w:val="28"/>
                <w:lang w:val="vi-VN"/>
              </w:rPr>
              <w:t xml:space="preserve">, ngày </w:t>
            </w:r>
            <w:r w:rsidR="00F26130">
              <w:rPr>
                <w:rFonts w:ascii="Times New Roman" w:hAnsi="Times New Roman" w:cs="Times New Roman"/>
                <w:i/>
                <w:sz w:val="28"/>
                <w:szCs w:val="28"/>
              </w:rPr>
              <w:t>12</w:t>
            </w:r>
            <w:r w:rsidRPr="00F164C2">
              <w:rPr>
                <w:rFonts w:ascii="Times New Roman" w:hAnsi="Times New Roman" w:cs="Times New Roman"/>
                <w:i/>
                <w:sz w:val="28"/>
                <w:szCs w:val="28"/>
                <w:lang w:val="vi-VN"/>
              </w:rPr>
              <w:t xml:space="preserve"> tháng </w:t>
            </w:r>
            <w:r w:rsidR="00FF0EB6">
              <w:rPr>
                <w:rFonts w:ascii="Times New Roman" w:hAnsi="Times New Roman" w:cs="Times New Roman"/>
                <w:i/>
                <w:sz w:val="28"/>
                <w:szCs w:val="28"/>
              </w:rPr>
              <w:t>7</w:t>
            </w:r>
            <w:r w:rsidRPr="00F164C2">
              <w:rPr>
                <w:rFonts w:ascii="Times New Roman" w:hAnsi="Times New Roman" w:cs="Times New Roman"/>
                <w:i/>
                <w:sz w:val="28"/>
                <w:szCs w:val="28"/>
                <w:lang w:val="vi-VN"/>
              </w:rPr>
              <w:t xml:space="preserve"> năm 2026</w:t>
            </w:r>
          </w:p>
        </w:tc>
      </w:tr>
    </w:tbl>
    <w:p w14:paraId="76824C6C" w14:textId="77777777" w:rsidR="00F164C2" w:rsidRPr="00F164C2" w:rsidRDefault="00F164C2">
      <w:pPr>
        <w:rPr>
          <w:rFonts w:ascii="Times New Roman" w:hAnsi="Times New Roman" w:cs="Times New Roman"/>
          <w:sz w:val="28"/>
          <w:szCs w:val="28"/>
          <w:lang w:val="vi-VN"/>
        </w:rPr>
      </w:pPr>
    </w:p>
    <w:p w14:paraId="7FBACEF4" w14:textId="77777777" w:rsidR="00F164C2" w:rsidRPr="00BB4A2E" w:rsidRDefault="00BB4A2E" w:rsidP="005D217F">
      <w:pPr>
        <w:jc w:val="center"/>
        <w:rPr>
          <w:rFonts w:ascii="Times New Roman" w:hAnsi="Times New Roman" w:cs="Times New Roman"/>
          <w:b/>
          <w:sz w:val="28"/>
          <w:szCs w:val="28"/>
          <w:lang w:val="vi-VN"/>
        </w:rPr>
      </w:pPr>
      <w:r w:rsidRPr="00BB4A2E">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7E0011CB" wp14:editId="63B7A768">
                <wp:simplePos x="0" y="0"/>
                <wp:positionH relativeFrom="margin">
                  <wp:posOffset>1594485</wp:posOffset>
                </wp:positionH>
                <wp:positionV relativeFrom="paragraph">
                  <wp:posOffset>467360</wp:posOffset>
                </wp:positionV>
                <wp:extent cx="27241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7241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FDA902" id="Straight Connector 4"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125.55pt,36.8pt" to="340.0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" strokecolor="black [3040]">
                <w10:wrap anchorx="margin"/>
              </v:line>
            </w:pict>
          </mc:Fallback>
        </mc:AlternateContent>
      </w:r>
      <w:r w:rsidRPr="00BB4A2E">
        <w:rPr>
          <w:rFonts w:ascii="Times New Roman" w:hAnsi="Times New Roman" w:cs="Times New Roman"/>
          <w:b/>
          <w:noProof/>
          <w:sz w:val="28"/>
          <w:szCs w:val="28"/>
          <w:lang w:val="vi-VN" w:eastAsia="vi-VN"/>
        </w:rPr>
        <w:t xml:space="preserve">PHƯƠNG ÁN TỔNG THỂ QUẢN LÝ, SỬ DỤNG KÈM </w:t>
      </w:r>
      <w:r w:rsidR="00B00D1E" w:rsidRPr="00BB4A2E">
        <w:rPr>
          <w:rFonts w:ascii="Times New Roman" w:hAnsi="Times New Roman" w:cs="Times New Roman"/>
          <w:b/>
          <w:noProof/>
          <w:sz w:val="28"/>
          <w:szCs w:val="28"/>
          <w:lang w:val="vi-VN" w:eastAsia="vi-VN"/>
        </w:rPr>
        <w:t>DANH MỤC</w:t>
      </w:r>
      <w:r w:rsidR="00F164C2" w:rsidRPr="00BB4A2E">
        <w:rPr>
          <w:rFonts w:ascii="Times New Roman" w:hAnsi="Times New Roman" w:cs="Times New Roman"/>
          <w:b/>
          <w:sz w:val="28"/>
          <w:szCs w:val="28"/>
          <w:lang w:val="vi-VN"/>
        </w:rPr>
        <w:t xml:space="preserve"> KHU ĐẤT CHO THUÊ TRONG THỜI HẠN KHÔNG QUÁ 05 NĂM</w:t>
      </w:r>
    </w:p>
    <w:p w14:paraId="3CA2736E" w14:textId="05956D1C" w:rsidR="00F164C2" w:rsidRPr="005D217F" w:rsidRDefault="00F6447A" w:rsidP="005D217F">
      <w:pPr>
        <w:jc w:val="center"/>
        <w:rPr>
          <w:rFonts w:ascii="Times New Roman" w:hAnsi="Times New Roman" w:cs="Times New Roman"/>
          <w:i/>
          <w:sz w:val="28"/>
          <w:szCs w:val="28"/>
          <w:lang w:val="vi-VN"/>
        </w:rPr>
      </w:pPr>
      <w:r w:rsidRPr="005D217F">
        <w:rPr>
          <w:rFonts w:ascii="Times New Roman" w:hAnsi="Times New Roman" w:cs="Times New Roman"/>
          <w:i/>
          <w:sz w:val="28"/>
          <w:szCs w:val="28"/>
          <w:lang w:val="vi-VN"/>
        </w:rPr>
        <w:t xml:space="preserve">(Kèm theo Quyết định số </w:t>
      </w:r>
      <w:bookmarkStart w:id="0" w:name="_GoBack"/>
      <w:bookmarkEnd w:id="0"/>
      <w:r w:rsidR="004473C5" w:rsidRPr="00791366">
        <w:rPr>
          <w:rFonts w:ascii="Times New Roman" w:hAnsi="Times New Roman" w:cs="Times New Roman"/>
          <w:i/>
          <w:sz w:val="28"/>
          <w:szCs w:val="28"/>
          <w:lang w:val="vi-VN"/>
        </w:rPr>
        <w:t>…</w:t>
      </w:r>
      <w:r w:rsidRPr="005D217F">
        <w:rPr>
          <w:rFonts w:ascii="Times New Roman" w:hAnsi="Times New Roman" w:cs="Times New Roman"/>
          <w:i/>
          <w:sz w:val="28"/>
          <w:szCs w:val="28"/>
          <w:lang w:val="vi-VN"/>
        </w:rPr>
        <w:t>QĐ-UBND ngày</w:t>
      </w:r>
      <w:r w:rsidR="005D217F">
        <w:rPr>
          <w:rFonts w:ascii="Times New Roman" w:hAnsi="Times New Roman" w:cs="Times New Roman"/>
          <w:i/>
          <w:sz w:val="28"/>
          <w:szCs w:val="28"/>
          <w:lang w:val="vi-VN"/>
        </w:rPr>
        <w:t xml:space="preserve"> </w:t>
      </w:r>
      <w:r w:rsidR="004473C5" w:rsidRPr="00791366">
        <w:rPr>
          <w:rFonts w:ascii="Times New Roman" w:hAnsi="Times New Roman" w:cs="Times New Roman"/>
          <w:i/>
          <w:sz w:val="28"/>
          <w:szCs w:val="28"/>
          <w:lang w:val="vi-VN"/>
        </w:rPr>
        <w:t>….</w:t>
      </w:r>
      <w:r w:rsidRPr="005D217F">
        <w:rPr>
          <w:rFonts w:ascii="Times New Roman" w:hAnsi="Times New Roman" w:cs="Times New Roman"/>
          <w:i/>
          <w:sz w:val="28"/>
          <w:szCs w:val="28"/>
          <w:lang w:val="vi-VN"/>
        </w:rPr>
        <w:t>/</w:t>
      </w:r>
      <w:r w:rsidR="00E127FE">
        <w:rPr>
          <w:rFonts w:ascii="Times New Roman" w:hAnsi="Times New Roman" w:cs="Times New Roman"/>
          <w:i/>
          <w:sz w:val="28"/>
          <w:szCs w:val="28"/>
        </w:rPr>
        <w:t>7</w:t>
      </w:r>
      <w:r w:rsidRPr="005D217F">
        <w:rPr>
          <w:rFonts w:ascii="Times New Roman" w:hAnsi="Times New Roman" w:cs="Times New Roman"/>
          <w:i/>
          <w:sz w:val="28"/>
          <w:szCs w:val="28"/>
          <w:lang w:val="vi-VN"/>
        </w:rPr>
        <w:t xml:space="preserve">/2026 của UBND xã </w:t>
      </w:r>
      <w:r w:rsidR="00F164C2" w:rsidRPr="005D217F">
        <w:rPr>
          <w:rFonts w:ascii="Times New Roman" w:hAnsi="Times New Roman" w:cs="Times New Roman"/>
          <w:i/>
          <w:sz w:val="28"/>
          <w:szCs w:val="28"/>
          <w:lang w:val="vi-VN"/>
        </w:rPr>
        <w:t>Đức Thọ</w:t>
      </w:r>
      <w:r w:rsidRPr="005D217F">
        <w:rPr>
          <w:rFonts w:ascii="Times New Roman" w:hAnsi="Times New Roman" w:cs="Times New Roman"/>
          <w:i/>
          <w:sz w:val="28"/>
          <w:szCs w:val="28"/>
          <w:lang w:val="vi-VN"/>
        </w:rPr>
        <w:t>)</w:t>
      </w:r>
      <w:r w:rsidRPr="005D217F">
        <w:rPr>
          <w:rFonts w:ascii="Times New Roman" w:hAnsi="Times New Roman" w:cs="Times New Roman"/>
          <w:i/>
          <w:sz w:val="28"/>
          <w:szCs w:val="28"/>
          <w:lang w:val="vi-VN"/>
        </w:rPr>
        <w:br/>
      </w:r>
    </w:p>
    <w:p w14:paraId="3F33287D" w14:textId="77777777" w:rsidR="00B95AF7" w:rsidRDefault="00B95AF7" w:rsidP="00AA7500">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1. </w:t>
      </w:r>
      <w:r w:rsidRPr="00B95AF7">
        <w:rPr>
          <w:rFonts w:ascii="Times New Roman" w:hAnsi="Times New Roman" w:cs="Times New Roman"/>
          <w:sz w:val="28"/>
          <w:szCs w:val="28"/>
          <w:lang w:val="vi-VN"/>
        </w:rPr>
        <w:t>Địa điểm, vị trí, ranh giới, diện tích; mục đích cho thuê ngắn hạn; hiện trạng khu đất, thửa đất cho thuê, hiện trạng tài sản gắn liền với đất (nếu có) và nguyên tắc, điều kiện xây dựng công trình tạm trên đất, cải tạo, sửa chữa công trình hiện có của các khu đất</w:t>
      </w:r>
    </w:p>
    <w:p w14:paraId="28A521F9" w14:textId="77777777" w:rsidR="00AA7500" w:rsidRDefault="00792446" w:rsidP="00AA7500">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a) </w:t>
      </w:r>
      <w:r w:rsidRPr="00792446">
        <w:rPr>
          <w:rFonts w:ascii="Times New Roman" w:hAnsi="Times New Roman" w:cs="Times New Roman"/>
          <w:sz w:val="28"/>
          <w:szCs w:val="28"/>
          <w:lang w:val="vi-VN"/>
        </w:rPr>
        <w:t>Địa điểm, vị trí, ranh giới, diện tích khu đất, thửa đất</w:t>
      </w:r>
    </w:p>
    <w:p w14:paraId="621509C6" w14:textId="4BF1B31A" w:rsidR="007F7565" w:rsidRPr="00F26130" w:rsidRDefault="007F7565" w:rsidP="007F7565">
      <w:pPr>
        <w:spacing w:before="60" w:after="6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vi-VN"/>
        </w:rPr>
        <w:t>-</w:t>
      </w:r>
      <w:r w:rsidRPr="007F7565">
        <w:rPr>
          <w:rFonts w:ascii="Times New Roman" w:hAnsi="Times New Roman" w:cs="Times New Roman"/>
          <w:sz w:val="28"/>
          <w:szCs w:val="28"/>
          <w:lang w:val="vi-VN"/>
        </w:rPr>
        <w:t xml:space="preserve"> Địa điểm</w:t>
      </w:r>
      <w:r>
        <w:rPr>
          <w:rFonts w:ascii="Times New Roman" w:hAnsi="Times New Roman" w:cs="Times New Roman"/>
          <w:sz w:val="28"/>
          <w:szCs w:val="28"/>
          <w:lang w:val="vi-VN"/>
        </w:rPr>
        <w:t>:</w:t>
      </w:r>
      <w:r w:rsidR="00792446">
        <w:rPr>
          <w:rFonts w:ascii="Times New Roman" w:hAnsi="Times New Roman" w:cs="Times New Roman"/>
          <w:sz w:val="28"/>
          <w:szCs w:val="28"/>
          <w:lang w:val="vi-VN"/>
        </w:rPr>
        <w:t xml:space="preserve"> thôn </w:t>
      </w:r>
      <w:r w:rsidR="00F26130">
        <w:rPr>
          <w:rFonts w:ascii="Times New Roman" w:hAnsi="Times New Roman" w:cs="Times New Roman"/>
          <w:sz w:val="28"/>
          <w:szCs w:val="28"/>
        </w:rPr>
        <w:t>Trần Phú</w:t>
      </w:r>
      <w:r w:rsidR="00792446">
        <w:rPr>
          <w:rFonts w:ascii="Times New Roman" w:hAnsi="Times New Roman" w:cs="Times New Roman"/>
          <w:sz w:val="28"/>
          <w:szCs w:val="28"/>
          <w:lang w:val="vi-VN"/>
        </w:rPr>
        <w:t>, xã Đức Thọ, tỉnh Hà Tĩnh</w:t>
      </w:r>
      <w:r w:rsidR="00F26130">
        <w:rPr>
          <w:rFonts w:ascii="Times New Roman" w:hAnsi="Times New Roman" w:cs="Times New Roman"/>
          <w:sz w:val="28"/>
          <w:szCs w:val="28"/>
        </w:rPr>
        <w:t>.</w:t>
      </w:r>
    </w:p>
    <w:p w14:paraId="5C24D33C" w14:textId="2A2D04EB" w:rsidR="002C04D0" w:rsidRPr="00F26130" w:rsidRDefault="007F7565" w:rsidP="00F26130">
      <w:pPr>
        <w:spacing w:before="60" w:after="60" w:line="240" w:lineRule="auto"/>
        <w:ind w:firstLine="720"/>
        <w:jc w:val="both"/>
        <w:rPr>
          <w:rFonts w:ascii="Times New Roman" w:hAnsi="Times New Roman" w:cs="Times New Roman"/>
          <w:sz w:val="28"/>
          <w:szCs w:val="28"/>
        </w:rPr>
      </w:pPr>
      <w:r>
        <w:rPr>
          <w:rFonts w:ascii="Times New Roman" w:hAnsi="Times New Roman" w:cs="Times New Roman"/>
          <w:sz w:val="28"/>
          <w:szCs w:val="28"/>
          <w:lang w:val="vi-VN"/>
        </w:rPr>
        <w:t>- V</w:t>
      </w:r>
      <w:r w:rsidRPr="007F7565">
        <w:rPr>
          <w:rFonts w:ascii="Times New Roman" w:hAnsi="Times New Roman" w:cs="Times New Roman"/>
          <w:sz w:val="28"/>
          <w:szCs w:val="28"/>
          <w:lang w:val="vi-VN"/>
        </w:rPr>
        <w:t>ị trí, ranh giớ</w:t>
      </w:r>
      <w:r>
        <w:rPr>
          <w:rFonts w:ascii="Times New Roman" w:hAnsi="Times New Roman" w:cs="Times New Roman"/>
          <w:sz w:val="28"/>
          <w:szCs w:val="28"/>
          <w:lang w:val="vi-VN"/>
        </w:rPr>
        <w:t>i:</w:t>
      </w:r>
      <w:r w:rsidR="009631F4">
        <w:rPr>
          <w:rFonts w:ascii="Times New Roman" w:hAnsi="Times New Roman" w:cs="Times New Roman"/>
          <w:sz w:val="28"/>
          <w:szCs w:val="28"/>
          <w:lang w:val="vi-VN"/>
        </w:rPr>
        <w:t xml:space="preserve"> được xác định </w:t>
      </w:r>
      <w:r w:rsidR="009631F4" w:rsidRPr="00C717D9">
        <w:rPr>
          <w:rFonts w:ascii="Times New Roman" w:hAnsi="Times New Roman" w:cs="Times New Roman"/>
          <w:sz w:val="28"/>
          <w:szCs w:val="28"/>
          <w:lang w:val="vi-VN"/>
        </w:rPr>
        <w:t xml:space="preserve">theo </w:t>
      </w:r>
      <w:r w:rsidR="00C717D9" w:rsidRPr="00C717D9">
        <w:rPr>
          <w:rFonts w:ascii="Times New Roman" w:hAnsi="Times New Roman" w:cs="Times New Roman"/>
          <w:sz w:val="28"/>
          <w:szCs w:val="28"/>
          <w:lang w:val="vi-VN"/>
        </w:rPr>
        <w:t>Phiếu đo đạc chỉnh lý thửa đất của Chi nhánh Văn phòng ĐKĐĐ khu vực Đức</w:t>
      </w:r>
      <w:r w:rsidR="00F26130">
        <w:rPr>
          <w:rFonts w:ascii="Times New Roman" w:hAnsi="Times New Roman" w:cs="Times New Roman"/>
          <w:sz w:val="28"/>
          <w:szCs w:val="28"/>
        </w:rPr>
        <w:t xml:space="preserve"> </w:t>
      </w:r>
      <w:r w:rsidR="00C717D9" w:rsidRPr="00C717D9">
        <w:rPr>
          <w:rFonts w:ascii="Times New Roman" w:hAnsi="Times New Roman" w:cs="Times New Roman"/>
          <w:sz w:val="28"/>
          <w:szCs w:val="28"/>
          <w:lang w:val="vi-VN"/>
        </w:rPr>
        <w:t>Thọ</w:t>
      </w:r>
      <w:r w:rsidR="00F26130">
        <w:rPr>
          <w:rFonts w:ascii="Times New Roman" w:hAnsi="Times New Roman" w:cs="Times New Roman"/>
          <w:sz w:val="28"/>
          <w:szCs w:val="28"/>
          <w:lang w:val="vi-VN"/>
        </w:rPr>
        <w:t xml:space="preserve"> </w:t>
      </w:r>
      <w:r w:rsidR="00F26130">
        <w:rPr>
          <w:rFonts w:ascii="Times New Roman" w:hAnsi="Times New Roman" w:cs="Times New Roman"/>
          <w:sz w:val="28"/>
          <w:szCs w:val="28"/>
        </w:rPr>
        <w:t>(thửa 12; TBĐ 133)</w:t>
      </w:r>
    </w:p>
    <w:p w14:paraId="0BC88AA1" w14:textId="77777777" w:rsidR="007F7565" w:rsidRDefault="002C04D0" w:rsidP="007F7565">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Phía Bắc giáp sông La, đất nông nghiệp;</w:t>
      </w:r>
    </w:p>
    <w:p w14:paraId="277AF032" w14:textId="77777777" w:rsidR="002C04D0" w:rsidRDefault="002C04D0" w:rsidP="007F7565">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Phía Nam giáp đất quy hoạch chợ Đồn cũ;</w:t>
      </w:r>
    </w:p>
    <w:p w14:paraId="325D805D" w14:textId="77777777" w:rsidR="002C04D0" w:rsidRDefault="002C04D0" w:rsidP="007F7565">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Phía Đông giáp đường giao thông;</w:t>
      </w:r>
    </w:p>
    <w:p w14:paraId="48122D3A" w14:textId="77777777" w:rsidR="002C04D0" w:rsidRPr="00E127FE" w:rsidRDefault="002C04D0" w:rsidP="007F7565">
      <w:pPr>
        <w:spacing w:before="60" w:after="60" w:line="240" w:lineRule="auto"/>
        <w:ind w:firstLine="720"/>
        <w:jc w:val="both"/>
        <w:rPr>
          <w:rFonts w:ascii="Times New Roman" w:hAnsi="Times New Roman" w:cs="Times New Roman"/>
          <w:color w:val="000000" w:themeColor="text1"/>
          <w:sz w:val="28"/>
          <w:szCs w:val="28"/>
          <w:lang w:val="vi-VN"/>
        </w:rPr>
      </w:pPr>
      <w:r>
        <w:rPr>
          <w:rFonts w:ascii="Times New Roman" w:hAnsi="Times New Roman" w:cs="Times New Roman"/>
          <w:sz w:val="28"/>
          <w:szCs w:val="28"/>
          <w:lang w:val="vi-VN"/>
        </w:rPr>
        <w:t>+ Phía Tây giáp đất nông nghiệp</w:t>
      </w:r>
    </w:p>
    <w:p w14:paraId="7C5DE1CF" w14:textId="1EB72BC6" w:rsidR="007F7565" w:rsidRPr="00C113B2" w:rsidRDefault="007F7565" w:rsidP="007F7565">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D</w:t>
      </w:r>
      <w:r w:rsidRPr="007F7565">
        <w:rPr>
          <w:rFonts w:ascii="Times New Roman" w:hAnsi="Times New Roman" w:cs="Times New Roman"/>
          <w:sz w:val="28"/>
          <w:szCs w:val="28"/>
          <w:lang w:val="vi-VN"/>
        </w:rPr>
        <w:t>iệ</w:t>
      </w:r>
      <w:r>
        <w:rPr>
          <w:rFonts w:ascii="Times New Roman" w:hAnsi="Times New Roman" w:cs="Times New Roman"/>
          <w:sz w:val="28"/>
          <w:szCs w:val="28"/>
          <w:lang w:val="vi-VN"/>
        </w:rPr>
        <w:t>n tích:</w:t>
      </w:r>
      <w:r w:rsidR="002C04D0">
        <w:rPr>
          <w:rFonts w:ascii="Times New Roman" w:hAnsi="Times New Roman" w:cs="Times New Roman"/>
          <w:sz w:val="28"/>
          <w:szCs w:val="28"/>
          <w:lang w:val="vi-VN"/>
        </w:rPr>
        <w:t xml:space="preserve"> </w:t>
      </w:r>
      <w:r w:rsidR="007E67D4" w:rsidRPr="00C717D9">
        <w:rPr>
          <w:rFonts w:ascii="Times New Roman" w:hAnsi="Times New Roman" w:cs="Times New Roman"/>
          <w:sz w:val="28"/>
          <w:szCs w:val="28"/>
          <w:lang w:val="vi-VN"/>
        </w:rPr>
        <w:t>7</w:t>
      </w:r>
      <w:r w:rsidR="004A2EEC">
        <w:rPr>
          <w:rFonts w:ascii="Times New Roman" w:hAnsi="Times New Roman" w:cs="Times New Roman"/>
          <w:sz w:val="28"/>
          <w:szCs w:val="28"/>
        </w:rPr>
        <w:t>.</w:t>
      </w:r>
      <w:r w:rsidR="007E67D4" w:rsidRPr="00C717D9">
        <w:rPr>
          <w:rFonts w:ascii="Times New Roman" w:hAnsi="Times New Roman" w:cs="Times New Roman"/>
          <w:sz w:val="28"/>
          <w:szCs w:val="28"/>
          <w:lang w:val="vi-VN"/>
        </w:rPr>
        <w:t>726,1</w:t>
      </w:r>
      <w:r w:rsidR="002C04D0" w:rsidRPr="00C717D9">
        <w:rPr>
          <w:rFonts w:ascii="Times New Roman" w:hAnsi="Times New Roman" w:cs="Times New Roman"/>
          <w:sz w:val="28"/>
          <w:szCs w:val="28"/>
          <w:lang w:val="vi-VN"/>
        </w:rPr>
        <w:t>m</w:t>
      </w:r>
      <w:r w:rsidR="00C717D9" w:rsidRPr="00791366">
        <w:rPr>
          <w:rFonts w:ascii="Times New Roman" w:hAnsi="Times New Roman" w:cs="Times New Roman"/>
          <w:sz w:val="28"/>
          <w:szCs w:val="28"/>
          <w:vertAlign w:val="superscript"/>
          <w:lang w:val="vi-VN"/>
        </w:rPr>
        <w:t>2</w:t>
      </w:r>
    </w:p>
    <w:p w14:paraId="38ACB6F0" w14:textId="77777777" w:rsidR="007F7565" w:rsidRDefault="00792446" w:rsidP="007F7565">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b) </w:t>
      </w:r>
      <w:r w:rsidR="007F7565" w:rsidRPr="007F7565">
        <w:rPr>
          <w:rFonts w:ascii="Times New Roman" w:hAnsi="Times New Roman" w:cs="Times New Roman"/>
          <w:sz w:val="28"/>
          <w:szCs w:val="28"/>
          <w:lang w:val="vi-VN"/>
        </w:rPr>
        <w:t>Mục đích sử dụng đất cho thuê: Đất thương mại, dịch vụ</w:t>
      </w:r>
    </w:p>
    <w:p w14:paraId="54F2EF07" w14:textId="77777777" w:rsidR="009631F4" w:rsidRDefault="00C113B2" w:rsidP="009631F4">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c</w:t>
      </w:r>
      <w:r w:rsidR="00792446">
        <w:rPr>
          <w:rFonts w:ascii="Times New Roman" w:hAnsi="Times New Roman" w:cs="Times New Roman"/>
          <w:sz w:val="28"/>
          <w:szCs w:val="28"/>
          <w:lang w:val="vi-VN"/>
        </w:rPr>
        <w:t xml:space="preserve">) </w:t>
      </w:r>
      <w:r w:rsidR="007F7565" w:rsidRPr="007F7565">
        <w:rPr>
          <w:rFonts w:ascii="Times New Roman" w:hAnsi="Times New Roman" w:cs="Times New Roman"/>
          <w:sz w:val="28"/>
          <w:szCs w:val="28"/>
          <w:lang w:val="vi-VN"/>
        </w:rPr>
        <w:t>Hiện trạng khu đất, thửa đất cho thuê, hiện trạng tài sản gắn liền với đất (nếu có)</w:t>
      </w:r>
      <w:r w:rsidR="009631F4">
        <w:rPr>
          <w:rFonts w:ascii="Times New Roman" w:hAnsi="Times New Roman" w:cs="Times New Roman"/>
          <w:sz w:val="28"/>
          <w:szCs w:val="28"/>
          <w:lang w:val="vi-VN"/>
        </w:rPr>
        <w:t xml:space="preserve"> v</w:t>
      </w:r>
      <w:r w:rsidR="009631F4" w:rsidRPr="009631F4">
        <w:rPr>
          <w:rFonts w:ascii="Times New Roman" w:hAnsi="Times New Roman" w:cs="Times New Roman"/>
          <w:sz w:val="28"/>
          <w:szCs w:val="28"/>
          <w:lang w:val="vi-VN"/>
        </w:rPr>
        <w:t>à nguyên tắc, điều kiện xây dựng công trình tạm trên đất, cải tạo, sửa chữa công trình hiện có.</w:t>
      </w:r>
    </w:p>
    <w:p w14:paraId="06C8B138" w14:textId="3865B054" w:rsidR="009631F4" w:rsidRDefault="009631F4" w:rsidP="009631F4">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Hiện trạng là </w:t>
      </w:r>
      <w:r w:rsidRPr="00C717D9">
        <w:rPr>
          <w:rFonts w:ascii="Times New Roman" w:hAnsi="Times New Roman" w:cs="Times New Roman"/>
          <w:sz w:val="28"/>
          <w:szCs w:val="28"/>
          <w:lang w:val="vi-VN"/>
        </w:rPr>
        <w:t xml:space="preserve">đất </w:t>
      </w:r>
      <w:r w:rsidR="00791366" w:rsidRPr="00E127FE">
        <w:rPr>
          <w:rFonts w:ascii="Times New Roman" w:hAnsi="Times New Roman" w:cs="Times New Roman"/>
          <w:sz w:val="28"/>
          <w:szCs w:val="28"/>
          <w:lang w:val="vi-VN"/>
        </w:rPr>
        <w:t>BCS</w:t>
      </w:r>
      <w:r w:rsidR="002F6885" w:rsidRPr="00E127FE">
        <w:rPr>
          <w:rFonts w:ascii="Times New Roman" w:hAnsi="Times New Roman" w:cs="Times New Roman"/>
          <w:sz w:val="28"/>
          <w:szCs w:val="28"/>
          <w:lang w:val="vi-VN"/>
        </w:rPr>
        <w:t xml:space="preserve"> (nhóm đất chưa sử dụng)</w:t>
      </w:r>
      <w:r w:rsidRPr="00C717D9">
        <w:rPr>
          <w:rFonts w:ascii="Times New Roman" w:hAnsi="Times New Roman" w:cs="Times New Roman"/>
          <w:sz w:val="28"/>
          <w:szCs w:val="28"/>
          <w:lang w:val="vi-VN"/>
        </w:rPr>
        <w:t>; không</w:t>
      </w:r>
      <w:r>
        <w:rPr>
          <w:rFonts w:ascii="Times New Roman" w:hAnsi="Times New Roman" w:cs="Times New Roman"/>
          <w:sz w:val="28"/>
          <w:szCs w:val="28"/>
          <w:lang w:val="vi-VN"/>
        </w:rPr>
        <w:t xml:space="preserve"> có tài sản, cây cối hoa màu</w:t>
      </w:r>
    </w:p>
    <w:p w14:paraId="5C43645E" w14:textId="77777777" w:rsidR="009631F4" w:rsidRDefault="009631F4" w:rsidP="009631F4">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N</w:t>
      </w:r>
      <w:r w:rsidRPr="009631F4">
        <w:rPr>
          <w:rFonts w:ascii="Times New Roman" w:hAnsi="Times New Roman" w:cs="Times New Roman"/>
          <w:sz w:val="28"/>
          <w:szCs w:val="28"/>
          <w:lang w:val="vi-VN"/>
        </w:rPr>
        <w:t>guyên tắc, điều kiện xây dựng công trình tạm trên đất</w:t>
      </w:r>
      <w:r>
        <w:rPr>
          <w:rFonts w:ascii="Times New Roman" w:hAnsi="Times New Roman" w:cs="Times New Roman"/>
          <w:sz w:val="28"/>
          <w:szCs w:val="28"/>
          <w:lang w:val="vi-VN"/>
        </w:rPr>
        <w:t>:</w:t>
      </w:r>
      <w:r w:rsidRPr="009631F4">
        <w:rPr>
          <w:rFonts w:ascii="Times New Roman" w:hAnsi="Times New Roman" w:cs="Times New Roman"/>
          <w:sz w:val="28"/>
          <w:szCs w:val="28"/>
          <w:lang w:val="vi-VN"/>
        </w:rPr>
        <w:t xml:space="preserve"> Tổ chức, cá nhân thuê đất chỉ được xây dựng công trình tạm theo thỏa thuận với </w:t>
      </w:r>
      <w:r>
        <w:rPr>
          <w:rFonts w:ascii="Times New Roman" w:hAnsi="Times New Roman" w:cs="Times New Roman"/>
          <w:sz w:val="28"/>
          <w:szCs w:val="28"/>
          <w:lang w:val="vi-VN"/>
        </w:rPr>
        <w:t>UBND xã Đức Thọ</w:t>
      </w:r>
      <w:r w:rsidRPr="009631F4">
        <w:rPr>
          <w:rFonts w:ascii="Times New Roman" w:hAnsi="Times New Roman" w:cs="Times New Roman"/>
          <w:sz w:val="28"/>
          <w:szCs w:val="28"/>
          <w:lang w:val="vi-VN"/>
        </w:rPr>
        <w:t xml:space="preserve"> nhưng phải cam kết tự nguyện tháo dỡ công trình tạm khi có thông báo chấm dứt hợp đồng và không được bồi thường công trình tạm. Công trình xây dựng tạm phải đảm bảo an toàn và mỹ quan đô thị (tổ chức, cá nhân khi nộp hồ</w:t>
      </w:r>
      <w:r>
        <w:rPr>
          <w:rFonts w:ascii="Times New Roman" w:hAnsi="Times New Roman" w:cs="Times New Roman"/>
          <w:sz w:val="28"/>
          <w:szCs w:val="28"/>
          <w:lang w:val="vi-VN"/>
        </w:rPr>
        <w:t xml:space="preserve"> </w:t>
      </w:r>
      <w:r w:rsidRPr="009631F4">
        <w:rPr>
          <w:rFonts w:ascii="Times New Roman" w:hAnsi="Times New Roman" w:cs="Times New Roman"/>
          <w:sz w:val="28"/>
          <w:szCs w:val="28"/>
          <w:lang w:val="vi-VN"/>
        </w:rPr>
        <w:t>sơ thuê đất đông thời cung cấp thiết kế sơ bộ thể hiện ý tưởng xây dựng công trình tạm trên khu đất; thiết kế phải thể hiện rõ về vị trí, diện tích, có nền, chiều cao công trình và hình thức xây dựng).</w:t>
      </w:r>
    </w:p>
    <w:p w14:paraId="206E5EBD" w14:textId="77777777" w:rsidR="00C113B2" w:rsidRDefault="00B051E9" w:rsidP="00C113B2">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2</w:t>
      </w:r>
      <w:r w:rsidR="00C113B2">
        <w:rPr>
          <w:rFonts w:ascii="Times New Roman" w:hAnsi="Times New Roman" w:cs="Times New Roman"/>
          <w:sz w:val="28"/>
          <w:szCs w:val="28"/>
          <w:lang w:val="vi-VN"/>
        </w:rPr>
        <w:t xml:space="preserve">) </w:t>
      </w:r>
      <w:r w:rsidR="00C113B2" w:rsidRPr="007F7565">
        <w:rPr>
          <w:rFonts w:ascii="Times New Roman" w:hAnsi="Times New Roman" w:cs="Times New Roman"/>
          <w:sz w:val="28"/>
          <w:szCs w:val="28"/>
          <w:lang w:val="vi-VN"/>
        </w:rPr>
        <w:t>Đối tượng và hình thức lựa chọn tổ chức, cá nhân thuê đất.</w:t>
      </w:r>
    </w:p>
    <w:p w14:paraId="4535446A" w14:textId="77777777" w:rsidR="00C113B2" w:rsidRPr="009631F4" w:rsidRDefault="00C113B2" w:rsidP="00C113B2">
      <w:pPr>
        <w:spacing w:before="60" w:after="60" w:line="240" w:lineRule="auto"/>
        <w:ind w:firstLine="720"/>
        <w:jc w:val="both"/>
        <w:rPr>
          <w:rFonts w:ascii="Times New Roman" w:hAnsi="Times New Roman" w:cs="Times New Roman"/>
          <w:sz w:val="28"/>
          <w:szCs w:val="28"/>
          <w:lang w:val="vi-VN"/>
        </w:rPr>
      </w:pPr>
      <w:r w:rsidRPr="009631F4">
        <w:rPr>
          <w:rFonts w:ascii="Times New Roman" w:hAnsi="Times New Roman" w:cs="Times New Roman"/>
          <w:sz w:val="28"/>
          <w:szCs w:val="28"/>
          <w:lang w:val="vi-VN"/>
        </w:rPr>
        <w:t>- Đối tượng: Tổ chức kinh tế trong nước</w:t>
      </w:r>
      <w:r>
        <w:rPr>
          <w:rFonts w:ascii="Times New Roman" w:hAnsi="Times New Roman" w:cs="Times New Roman"/>
          <w:sz w:val="28"/>
          <w:szCs w:val="28"/>
          <w:lang w:val="vi-VN"/>
        </w:rPr>
        <w:t xml:space="preserve">, </w:t>
      </w:r>
      <w:r w:rsidRPr="009631F4">
        <w:rPr>
          <w:rFonts w:ascii="Times New Roman" w:hAnsi="Times New Roman" w:cs="Times New Roman"/>
          <w:sz w:val="28"/>
          <w:szCs w:val="28"/>
          <w:lang w:val="vi-VN"/>
        </w:rPr>
        <w:t>cá nhân trong nước có đủ năng lực hành vi dân sự.</w:t>
      </w:r>
    </w:p>
    <w:p w14:paraId="278E627D" w14:textId="77777777" w:rsidR="00C113B2" w:rsidRDefault="00C113B2" w:rsidP="00C113B2">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lastRenderedPageBreak/>
        <w:t xml:space="preserve">- Hình thức lựa </w:t>
      </w:r>
      <w:r w:rsidRPr="002C04D0">
        <w:rPr>
          <w:rFonts w:ascii="Times New Roman" w:hAnsi="Times New Roman" w:cs="Times New Roman"/>
          <w:sz w:val="28"/>
          <w:szCs w:val="28"/>
          <w:lang w:val="vi-VN"/>
        </w:rPr>
        <w:t xml:space="preserve">chọn: </w:t>
      </w:r>
      <w:r w:rsidRPr="009631F4">
        <w:rPr>
          <w:rFonts w:ascii="Times New Roman" w:hAnsi="Times New Roman" w:cs="Times New Roman"/>
          <w:sz w:val="28"/>
          <w:szCs w:val="28"/>
          <w:lang w:val="vi-VN"/>
        </w:rPr>
        <w:t xml:space="preserve">Lựa chọn tổ chức, cá nhân có đơn xin thuê đất và có đề xuất đơn giá thuê cao nhất theo quy định tại Điều 17a Quyết định số 26/2025/QĐ-UBND ngày 09/4/2025 của </w:t>
      </w:r>
      <w:r>
        <w:rPr>
          <w:rFonts w:ascii="Times New Roman" w:hAnsi="Times New Roman" w:cs="Times New Roman"/>
          <w:sz w:val="28"/>
          <w:szCs w:val="28"/>
          <w:lang w:val="vi-VN"/>
        </w:rPr>
        <w:t>UBND</w:t>
      </w:r>
      <w:r w:rsidRPr="009631F4">
        <w:rPr>
          <w:rFonts w:ascii="Times New Roman" w:hAnsi="Times New Roman" w:cs="Times New Roman"/>
          <w:sz w:val="28"/>
          <w:szCs w:val="28"/>
          <w:lang w:val="vi-VN"/>
        </w:rPr>
        <w:t xml:space="preserve"> tỉnh </w:t>
      </w:r>
      <w:r>
        <w:rPr>
          <w:rFonts w:ascii="Times New Roman" w:hAnsi="Times New Roman" w:cs="Times New Roman"/>
          <w:sz w:val="28"/>
          <w:szCs w:val="28"/>
          <w:lang w:val="vi-VN"/>
        </w:rPr>
        <w:t>(được bổ sung tại khoản 4 Điều 13 Quyết định số 28/2026/QĐ-UBND ngày 24/4/2026 của UBND tỉnh)</w:t>
      </w:r>
    </w:p>
    <w:p w14:paraId="1C650FEF" w14:textId="77777777" w:rsidR="007F7565" w:rsidRDefault="00B051E9" w:rsidP="007F7565">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3</w:t>
      </w:r>
      <w:r w:rsidR="002C04D0" w:rsidRPr="00AA7500">
        <w:rPr>
          <w:rFonts w:ascii="Times New Roman" w:hAnsi="Times New Roman" w:cs="Times New Roman"/>
          <w:sz w:val="28"/>
          <w:szCs w:val="28"/>
          <w:lang w:val="vi-VN"/>
        </w:rPr>
        <w:t>.</w:t>
      </w:r>
      <w:r w:rsidR="007F7565" w:rsidRPr="007F7565">
        <w:rPr>
          <w:rFonts w:ascii="Times New Roman" w:hAnsi="Times New Roman" w:cs="Times New Roman"/>
          <w:sz w:val="28"/>
          <w:szCs w:val="28"/>
          <w:lang w:val="vi-VN"/>
        </w:rPr>
        <w:t xml:space="preserve"> Quyền và nghĩa vụ về quản lý, sử dụng đất và tài sản gắn liền với đất (nếu có) của </w:t>
      </w:r>
      <w:r w:rsidR="008710C1">
        <w:rPr>
          <w:rFonts w:ascii="Times New Roman" w:hAnsi="Times New Roman" w:cs="Times New Roman"/>
          <w:sz w:val="28"/>
          <w:szCs w:val="28"/>
          <w:lang w:val="vi-VN"/>
        </w:rPr>
        <w:t>UBND xã Đức Thọ</w:t>
      </w:r>
      <w:r w:rsidR="007F7565" w:rsidRPr="007F7565">
        <w:rPr>
          <w:rFonts w:ascii="Times New Roman" w:hAnsi="Times New Roman" w:cs="Times New Roman"/>
          <w:sz w:val="28"/>
          <w:szCs w:val="28"/>
          <w:lang w:val="vi-VN"/>
        </w:rPr>
        <w:t xml:space="preserve"> và </w:t>
      </w:r>
      <w:r w:rsidR="008710C1">
        <w:rPr>
          <w:rFonts w:ascii="Times New Roman" w:hAnsi="Times New Roman" w:cs="Times New Roman"/>
          <w:sz w:val="28"/>
          <w:szCs w:val="28"/>
          <w:lang w:val="vi-VN"/>
        </w:rPr>
        <w:t>B</w:t>
      </w:r>
      <w:r w:rsidR="007F7565" w:rsidRPr="007F7565">
        <w:rPr>
          <w:rFonts w:ascii="Times New Roman" w:hAnsi="Times New Roman" w:cs="Times New Roman"/>
          <w:sz w:val="28"/>
          <w:szCs w:val="28"/>
          <w:lang w:val="vi-VN"/>
        </w:rPr>
        <w:t>ên thuê</w:t>
      </w:r>
      <w:r w:rsidR="008710C1">
        <w:rPr>
          <w:rFonts w:ascii="Times New Roman" w:hAnsi="Times New Roman" w:cs="Times New Roman"/>
          <w:sz w:val="28"/>
          <w:szCs w:val="28"/>
          <w:lang w:val="vi-VN"/>
        </w:rPr>
        <w:t xml:space="preserve"> (tổ chức, cá nhân được lựa chọn thuê đất)</w:t>
      </w:r>
      <w:r w:rsidR="007F7565" w:rsidRPr="007F7565">
        <w:rPr>
          <w:rFonts w:ascii="Times New Roman" w:hAnsi="Times New Roman" w:cs="Times New Roman"/>
          <w:sz w:val="28"/>
          <w:szCs w:val="28"/>
          <w:lang w:val="vi-VN"/>
        </w:rPr>
        <w:t>.</w:t>
      </w:r>
    </w:p>
    <w:p w14:paraId="6C20F1FA" w14:textId="77777777" w:rsidR="007F7565" w:rsidRDefault="00B051E9" w:rsidP="00AA7500">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3</w:t>
      </w:r>
      <w:r w:rsidR="008710C1">
        <w:rPr>
          <w:rFonts w:ascii="Times New Roman" w:hAnsi="Times New Roman" w:cs="Times New Roman"/>
          <w:sz w:val="28"/>
          <w:szCs w:val="28"/>
          <w:lang w:val="vi-VN"/>
        </w:rPr>
        <w:t>.1. Đối với UBND xã Đức Thọ</w:t>
      </w:r>
    </w:p>
    <w:p w14:paraId="46EFFFD4"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a) </w:t>
      </w:r>
      <w:r w:rsidRPr="008710C1">
        <w:rPr>
          <w:rFonts w:ascii="Times New Roman" w:hAnsi="Times New Roman" w:cs="Times New Roman"/>
          <w:sz w:val="28"/>
          <w:szCs w:val="28"/>
          <w:lang w:val="vi-VN"/>
        </w:rPr>
        <w:t>Quyền của UBND xã Đức Thọ</w:t>
      </w:r>
    </w:p>
    <w:p w14:paraId="0036332C"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Yêu cầu Bên thuê sử dụng đất đúng mục đích theo phương án đã được phê duyệt, đúng diện tích, ranh giới và thời hạn thuê.</w:t>
      </w:r>
    </w:p>
    <w:p w14:paraId="3A55D994"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Kiểm tra, giám sát việc quản lý, sử dụng đất, việc xây dựng công trình tạm, hoạt động tập kết vật liệu xây dựng, bảo vệ môi trường, phòng cháy chữa cháy, an ninh trật tự và các nghĩa vụ khác của Bên thuê.</w:t>
      </w:r>
    </w:p>
    <w:p w14:paraId="0A88DE42"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Yêu cầu Bên thuê khắc phục các hành vi vi phạm hợp đồng, vi phạm pháp luật về đất đai, xây dựng, môi trường và các quy định pháp luật khác có liên quan.</w:t>
      </w:r>
    </w:p>
    <w:p w14:paraId="3FC34386"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Đơn phương chấm dứt hợp đồng và thu hồi lại mặt bằng thuê trong các trường hợp:</w:t>
      </w:r>
    </w:p>
    <w:p w14:paraId="41023256"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Bên thuê sử dụng đất không đúng mục đích;</w:t>
      </w:r>
    </w:p>
    <w:p w14:paraId="0C51F219"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Không thực hiện hoặc thực hiện không đầy đủ nghĩa vụ tài chính;</w:t>
      </w:r>
    </w:p>
    <w:p w14:paraId="3EC16F4A"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Tự ý chuyển nhượng, cho thuê lại, cho mượn hoặc góp vốn bằng quyền thuê đất;</w:t>
      </w:r>
    </w:p>
    <w:p w14:paraId="1DD74B4B"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Xây dựng công trình trái với nội dung được chấp thuận;</w:t>
      </w:r>
    </w:p>
    <w:p w14:paraId="677034D1"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Vi phạm các nội dung khác của hợp đồng mà không khắc phục sau khi được yêu cầu bằng văn bản.</w:t>
      </w:r>
    </w:p>
    <w:p w14:paraId="56A71515"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Tổ chức tháo dỡ công trình tạm và xử lý tài sản trên đất bằng nguồn tiền đặt cọc trong trường hợp Bên thuê không thực hiện việc tháo dỡ, hoàn trả mặt bằng theo quy định.</w:t>
      </w:r>
    </w:p>
    <w:p w14:paraId="62E0BAB1" w14:textId="77777777" w:rsid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Được nhận đầy đủ tiền thuê đất, tiền đặt cọc và các khoản tài chính khác theo hợp đồng.</w:t>
      </w:r>
    </w:p>
    <w:p w14:paraId="62670000" w14:textId="77777777" w:rsidR="00705CBD" w:rsidRDefault="00705CBD" w:rsidP="00705CBD">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05CBD">
        <w:rPr>
          <w:rFonts w:ascii="Times New Roman" w:hAnsi="Times New Roman" w:cs="Times New Roman"/>
          <w:sz w:val="28"/>
          <w:szCs w:val="28"/>
          <w:lang w:val="vi-VN"/>
        </w:rPr>
        <w:t>Một số quyền khác có liên quan được thực hiện theo quy định của pháp luật và được quy định cụ thể tại Hợp đồng cho thuê đất</w:t>
      </w:r>
      <w:r>
        <w:rPr>
          <w:rFonts w:ascii="Times New Roman" w:hAnsi="Times New Roman" w:cs="Times New Roman"/>
          <w:sz w:val="28"/>
          <w:szCs w:val="28"/>
          <w:lang w:val="vi-VN"/>
        </w:rPr>
        <w:t>.</w:t>
      </w:r>
    </w:p>
    <w:p w14:paraId="2477E8D4" w14:textId="77777777" w:rsidR="008710C1" w:rsidRPr="00791366"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b) </w:t>
      </w:r>
      <w:r w:rsidRPr="008710C1">
        <w:rPr>
          <w:rFonts w:ascii="Times New Roman" w:hAnsi="Times New Roman" w:cs="Times New Roman"/>
          <w:sz w:val="28"/>
          <w:szCs w:val="28"/>
          <w:lang w:val="vi-VN"/>
        </w:rPr>
        <w:t xml:space="preserve">Nghĩa vụ của </w:t>
      </w:r>
      <w:r>
        <w:rPr>
          <w:rFonts w:ascii="Times New Roman" w:hAnsi="Times New Roman" w:cs="Times New Roman"/>
          <w:sz w:val="28"/>
          <w:szCs w:val="28"/>
          <w:lang w:val="vi-VN"/>
        </w:rPr>
        <w:t>UBND xã Đức Thọ</w:t>
      </w:r>
      <w:r w:rsidR="009D2A2D" w:rsidRPr="00791366">
        <w:rPr>
          <w:rFonts w:ascii="Times New Roman" w:hAnsi="Times New Roman" w:cs="Times New Roman"/>
          <w:sz w:val="28"/>
          <w:szCs w:val="28"/>
          <w:lang w:val="vi-VN"/>
        </w:rPr>
        <w:t>.</w:t>
      </w:r>
    </w:p>
    <w:p w14:paraId="272BC4EA"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Bàn giao đất trên thực địa đúng vị trí, diện tích, ranh giới theo hợp đồng sau khi Bên thuê hoàn thành các nghĩa vụ tài chính.</w:t>
      </w:r>
    </w:p>
    <w:p w14:paraId="552E0BD0"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Bảo đảm quyền sử dụng đất hợp pháp của Bên thuê trong thời gian thuê theo hợp đồng.</w:t>
      </w:r>
    </w:p>
    <w:p w14:paraId="62881D5A"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Hướng dẫn, tạo điều kiện để Bên thuê thực hiện các thủ tục liên quan đến xây dựng công trình tạm, bảo vệ môi trường và các thủ tục hành chính khác theo quy định.</w:t>
      </w:r>
    </w:p>
    <w:p w14:paraId="1ADAEA07"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lastRenderedPageBreak/>
        <w:t>-</w:t>
      </w:r>
      <w:r w:rsidRPr="008710C1">
        <w:rPr>
          <w:rFonts w:ascii="Times New Roman" w:hAnsi="Times New Roman" w:cs="Times New Roman"/>
          <w:sz w:val="28"/>
          <w:szCs w:val="28"/>
          <w:lang w:val="vi-VN"/>
        </w:rPr>
        <w:t xml:space="preserve"> Thông báo bằng văn bản cho Bên thuê ít nhất 60 ngày trước khi chấm dứt hợp đồng do hết thời hạn thuê hoặc do Nhà nước sử dụng đất để thực hiện quy hoạch, dự án phát triển kinh tế - xã hội, quốc phòng, an ninh theo quy định.</w:t>
      </w:r>
    </w:p>
    <w:p w14:paraId="5B50CA56"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Hoàn trả tiền đặt cọc còn lại cho Bên thuê sau khi đã hoàn thành việc thanh lý hợp đồng và hoàn trả mặt bằng theo quy định.</w:t>
      </w:r>
    </w:p>
    <w:p w14:paraId="456F1D22" w14:textId="77777777" w:rsid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Trường hợp chấm dứt hợp đồng trước thời hạn do Nhà nước thực hiện quy hoạch hoặc dự án công cộng thì thực hiện thanh lý hợp đồng và hoàn trả số tiền thuê đất tương ứng với thời gian thuê còn lại (nếu có).</w:t>
      </w:r>
    </w:p>
    <w:p w14:paraId="52BD7DAA" w14:textId="77777777" w:rsidR="00705CBD" w:rsidRDefault="00705CBD" w:rsidP="00705CBD">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05CBD">
        <w:rPr>
          <w:rFonts w:ascii="Times New Roman" w:hAnsi="Times New Roman" w:cs="Times New Roman"/>
          <w:sz w:val="28"/>
          <w:szCs w:val="28"/>
          <w:lang w:val="vi-VN"/>
        </w:rPr>
        <w:t>Một số nghĩa vụ khác có liên quan được thực hiện theo quy định của pháp luật và được quy định cụ thể tại Hợp đồng cho thuê đất</w:t>
      </w:r>
      <w:r>
        <w:rPr>
          <w:rFonts w:ascii="Times New Roman" w:hAnsi="Times New Roman" w:cs="Times New Roman"/>
          <w:sz w:val="28"/>
          <w:szCs w:val="28"/>
          <w:lang w:val="vi-VN"/>
        </w:rPr>
        <w:t>.</w:t>
      </w:r>
    </w:p>
    <w:p w14:paraId="4A8AB434" w14:textId="77777777" w:rsidR="008710C1" w:rsidRDefault="00B051E9"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3</w:t>
      </w:r>
      <w:r w:rsidR="008710C1">
        <w:rPr>
          <w:rFonts w:ascii="Times New Roman" w:hAnsi="Times New Roman" w:cs="Times New Roman"/>
          <w:sz w:val="28"/>
          <w:szCs w:val="28"/>
          <w:lang w:val="vi-VN"/>
        </w:rPr>
        <w:t>.2. Đối với Bên thuê</w:t>
      </w:r>
    </w:p>
    <w:p w14:paraId="463019BD"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a) </w:t>
      </w:r>
      <w:r w:rsidRPr="008710C1">
        <w:rPr>
          <w:rFonts w:ascii="Times New Roman" w:hAnsi="Times New Roman" w:cs="Times New Roman"/>
          <w:sz w:val="28"/>
          <w:szCs w:val="28"/>
          <w:lang w:val="vi-VN"/>
        </w:rPr>
        <w:t>Quyền của Bên thuê</w:t>
      </w:r>
    </w:p>
    <w:p w14:paraId="3E584240"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Được nhận bàn giao và sử dụng ổn định diện tích đất thuê trong thời hạn thuê sau khi hoàn thành các nghĩa vụ tài chính theo hợp đồng.</w:t>
      </w:r>
    </w:p>
    <w:p w14:paraId="5AF25BE1"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Được Nhà nước bảo vệ quyền và lợi ích hợp pháp trong quá trình sử dụng đất theo quy định của pháp luật.</w:t>
      </w:r>
    </w:p>
    <w:p w14:paraId="1EBB9D48"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Được đề xuất xây dựng công trình tạm phục vụ hoạt động như nhà bảo vệ, nhà điều hành tạm, mái che, hàng rào, hệ thống điện nước và các hạng mục phụ trợ khác sau khi được UBND xã chấp thuận bằng văn bản.</w:t>
      </w:r>
    </w:p>
    <w:p w14:paraId="1E8DA521" w14:textId="77777777" w:rsid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Được hưởng các quyền khác của người thuê đất theo quy định của Luật Đất đai năm 2024 và các quy định pháp luật có liên quan.</w:t>
      </w:r>
    </w:p>
    <w:p w14:paraId="3B04B1E3" w14:textId="77777777" w:rsidR="00705CBD" w:rsidRDefault="00705CBD" w:rsidP="00705CBD">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05CBD">
        <w:rPr>
          <w:rFonts w:ascii="Times New Roman" w:hAnsi="Times New Roman" w:cs="Times New Roman"/>
          <w:sz w:val="28"/>
          <w:szCs w:val="28"/>
          <w:lang w:val="vi-VN"/>
        </w:rPr>
        <w:t>Một số quyền khác có liên quan được thực hiện theo quy định của pháp luật và được quy định cụ thể tại Hợp đồng cho thuê đất</w:t>
      </w:r>
      <w:r>
        <w:rPr>
          <w:rFonts w:ascii="Times New Roman" w:hAnsi="Times New Roman" w:cs="Times New Roman"/>
          <w:sz w:val="28"/>
          <w:szCs w:val="28"/>
          <w:lang w:val="vi-VN"/>
        </w:rPr>
        <w:t>.</w:t>
      </w:r>
    </w:p>
    <w:p w14:paraId="3E293592"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b) </w:t>
      </w:r>
      <w:r w:rsidRPr="008710C1">
        <w:rPr>
          <w:rFonts w:ascii="Times New Roman" w:hAnsi="Times New Roman" w:cs="Times New Roman"/>
          <w:sz w:val="28"/>
          <w:szCs w:val="28"/>
          <w:lang w:val="vi-VN"/>
        </w:rPr>
        <w:t>Nghĩa vụ của Bên thuê</w:t>
      </w:r>
    </w:p>
    <w:p w14:paraId="4DF8EF4A"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Sử dụng đất đúng mục đích</w:t>
      </w:r>
      <w:r w:rsidR="006474F0">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đúng diện tích, ranh giới và thời hạn thuê.</w:t>
      </w:r>
    </w:p>
    <w:p w14:paraId="6200CE23"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Nộp đầy đủ, đúng thời hạn tiền thuê đất, tiền đặt cọc và các nghĩa vụ tài chính khác theo quy định.</w:t>
      </w:r>
    </w:p>
    <w:p w14:paraId="53F0EFE7"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Không được:</w:t>
      </w: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Xây dựng công trình kiên cố;</w:t>
      </w: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Tự ý chuyển mục đích sử dụng đất;</w:t>
      </w: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Chuyển nhượng, cho thuê lại, cho mượn hoặc góp vốn bằng quyền thuê đất;</w:t>
      </w: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Lấn chiếm đất đai, hành lang giao thông hoặc các công trình hạ tầng kỹ thuật.</w:t>
      </w:r>
    </w:p>
    <w:p w14:paraId="5D304CEE"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Chỉ được xây dựng công trình tạm sau khi được Bên cho thuê chấp thuận bằng văn bản và phải tự chịu mọi chi phí đầu tư, vận hành, quản lý.</w:t>
      </w:r>
    </w:p>
    <w:p w14:paraId="21042266"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8710C1">
        <w:rPr>
          <w:rFonts w:ascii="Times New Roman" w:hAnsi="Times New Roman" w:cs="Times New Roman"/>
          <w:sz w:val="28"/>
          <w:szCs w:val="28"/>
          <w:lang w:val="vi-VN"/>
        </w:rPr>
        <w:t>Thực hiện đầy đủ các quy định của pháp luật về</w:t>
      </w:r>
      <w:r>
        <w:rPr>
          <w:rFonts w:ascii="Times New Roman" w:hAnsi="Times New Roman" w:cs="Times New Roman"/>
          <w:sz w:val="28"/>
          <w:szCs w:val="28"/>
          <w:lang w:val="vi-VN"/>
        </w:rPr>
        <w:t xml:space="preserve"> đ</w:t>
      </w:r>
      <w:r w:rsidRPr="008710C1">
        <w:rPr>
          <w:rFonts w:ascii="Times New Roman" w:hAnsi="Times New Roman" w:cs="Times New Roman"/>
          <w:sz w:val="28"/>
          <w:szCs w:val="28"/>
          <w:lang w:val="vi-VN"/>
        </w:rPr>
        <w:t>ấ</w:t>
      </w:r>
      <w:r>
        <w:rPr>
          <w:rFonts w:ascii="Times New Roman" w:hAnsi="Times New Roman" w:cs="Times New Roman"/>
          <w:sz w:val="28"/>
          <w:szCs w:val="28"/>
          <w:lang w:val="vi-VN"/>
        </w:rPr>
        <w:t>t đai, x</w:t>
      </w:r>
      <w:r w:rsidRPr="008710C1">
        <w:rPr>
          <w:rFonts w:ascii="Times New Roman" w:hAnsi="Times New Roman" w:cs="Times New Roman"/>
          <w:sz w:val="28"/>
          <w:szCs w:val="28"/>
          <w:lang w:val="vi-VN"/>
        </w:rPr>
        <w:t>ây dựng</w:t>
      </w:r>
      <w:r>
        <w:rPr>
          <w:rFonts w:ascii="Times New Roman" w:hAnsi="Times New Roman" w:cs="Times New Roman"/>
          <w:sz w:val="28"/>
          <w:szCs w:val="28"/>
          <w:lang w:val="vi-VN"/>
        </w:rPr>
        <w:t>, b</w:t>
      </w:r>
      <w:r w:rsidRPr="008710C1">
        <w:rPr>
          <w:rFonts w:ascii="Times New Roman" w:hAnsi="Times New Roman" w:cs="Times New Roman"/>
          <w:sz w:val="28"/>
          <w:szCs w:val="28"/>
          <w:lang w:val="vi-VN"/>
        </w:rPr>
        <w:t>ảo vệ môi trườ</w:t>
      </w:r>
      <w:r>
        <w:rPr>
          <w:rFonts w:ascii="Times New Roman" w:hAnsi="Times New Roman" w:cs="Times New Roman"/>
          <w:sz w:val="28"/>
          <w:szCs w:val="28"/>
          <w:lang w:val="vi-VN"/>
        </w:rPr>
        <w:t>ng, p</w:t>
      </w:r>
      <w:r w:rsidRPr="008710C1">
        <w:rPr>
          <w:rFonts w:ascii="Times New Roman" w:hAnsi="Times New Roman" w:cs="Times New Roman"/>
          <w:sz w:val="28"/>
          <w:szCs w:val="28"/>
          <w:lang w:val="vi-VN"/>
        </w:rPr>
        <w:t>hòng cháy chữa cháy</w:t>
      </w:r>
      <w:r>
        <w:rPr>
          <w:rFonts w:ascii="Times New Roman" w:hAnsi="Times New Roman" w:cs="Times New Roman"/>
          <w:sz w:val="28"/>
          <w:szCs w:val="28"/>
          <w:lang w:val="vi-VN"/>
        </w:rPr>
        <w:t>, a</w:t>
      </w:r>
      <w:r w:rsidRPr="008710C1">
        <w:rPr>
          <w:rFonts w:ascii="Times New Roman" w:hAnsi="Times New Roman" w:cs="Times New Roman"/>
          <w:sz w:val="28"/>
          <w:szCs w:val="28"/>
          <w:lang w:val="vi-VN"/>
        </w:rPr>
        <w:t>n toàn lao động</w:t>
      </w:r>
      <w:r>
        <w:rPr>
          <w:rFonts w:ascii="Times New Roman" w:hAnsi="Times New Roman" w:cs="Times New Roman"/>
          <w:sz w:val="28"/>
          <w:szCs w:val="28"/>
          <w:lang w:val="vi-VN"/>
        </w:rPr>
        <w:t>, a</w:t>
      </w:r>
      <w:r w:rsidRPr="008710C1">
        <w:rPr>
          <w:rFonts w:ascii="Times New Roman" w:hAnsi="Times New Roman" w:cs="Times New Roman"/>
          <w:sz w:val="28"/>
          <w:szCs w:val="28"/>
          <w:lang w:val="vi-VN"/>
        </w:rPr>
        <w:t>n ninh trật tự</w:t>
      </w:r>
      <w:r>
        <w:rPr>
          <w:rFonts w:ascii="Times New Roman" w:hAnsi="Times New Roman" w:cs="Times New Roman"/>
          <w:sz w:val="28"/>
          <w:szCs w:val="28"/>
          <w:lang w:val="vi-VN"/>
        </w:rPr>
        <w:t>, g</w:t>
      </w:r>
      <w:r w:rsidRPr="008710C1">
        <w:rPr>
          <w:rFonts w:ascii="Times New Roman" w:hAnsi="Times New Roman" w:cs="Times New Roman"/>
          <w:sz w:val="28"/>
          <w:szCs w:val="28"/>
          <w:lang w:val="vi-VN"/>
        </w:rPr>
        <w:t>iao thông và các quy định pháp luật khác có liên quan.</w:t>
      </w:r>
    </w:p>
    <w:p w14:paraId="36A87806" w14:textId="77777777" w:rsidR="008710C1" w:rsidRPr="008710C1" w:rsidRDefault="008710C1"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Pr="008710C1">
        <w:rPr>
          <w:rFonts w:ascii="Times New Roman" w:hAnsi="Times New Roman" w:cs="Times New Roman"/>
          <w:sz w:val="28"/>
          <w:szCs w:val="28"/>
          <w:lang w:val="vi-VN"/>
        </w:rPr>
        <w:t xml:space="preserve"> Có biện pháp chống bụi, chống thất thoát vật liệu, thu gom chất thải, không để ảnh hưởng đế</w:t>
      </w:r>
      <w:r w:rsidR="00705CBD">
        <w:rPr>
          <w:rFonts w:ascii="Times New Roman" w:hAnsi="Times New Roman" w:cs="Times New Roman"/>
          <w:sz w:val="28"/>
          <w:szCs w:val="28"/>
          <w:lang w:val="vi-VN"/>
        </w:rPr>
        <w:t xml:space="preserve">n khu dân cư </w:t>
      </w:r>
      <w:r w:rsidRPr="008710C1">
        <w:rPr>
          <w:rFonts w:ascii="Times New Roman" w:hAnsi="Times New Roman" w:cs="Times New Roman"/>
          <w:sz w:val="28"/>
          <w:szCs w:val="28"/>
          <w:lang w:val="vi-VN"/>
        </w:rPr>
        <w:t>và các công trình lân cận.</w:t>
      </w:r>
    </w:p>
    <w:p w14:paraId="78115744" w14:textId="77777777" w:rsidR="008710C1" w:rsidRP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008710C1" w:rsidRPr="008710C1">
        <w:rPr>
          <w:rFonts w:ascii="Times New Roman" w:hAnsi="Times New Roman" w:cs="Times New Roman"/>
          <w:sz w:val="28"/>
          <w:szCs w:val="28"/>
          <w:lang w:val="vi-VN"/>
        </w:rPr>
        <w:t xml:space="preserve"> Tự chịu trách nhiệm đối với mọi thiệt hại phát sinh do hoạt động kinh doanh, tập kết vật liệu xây dựng gây ra đối với tổ chức, cá nhân khác.</w:t>
      </w:r>
    </w:p>
    <w:p w14:paraId="4C4DCAC8" w14:textId="77777777" w:rsidR="008710C1" w:rsidRP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008710C1" w:rsidRPr="008710C1">
        <w:rPr>
          <w:rFonts w:ascii="Times New Roman" w:hAnsi="Times New Roman" w:cs="Times New Roman"/>
          <w:sz w:val="28"/>
          <w:szCs w:val="28"/>
          <w:lang w:val="vi-VN"/>
        </w:rPr>
        <w:t xml:space="preserve"> Khi hết thời hạn thuê hoặc hợp đồng bị chấm dứt</w:t>
      </w:r>
      <w:r>
        <w:rPr>
          <w:rFonts w:ascii="Times New Roman" w:hAnsi="Times New Roman" w:cs="Times New Roman"/>
          <w:sz w:val="28"/>
          <w:szCs w:val="28"/>
          <w:lang w:val="vi-VN"/>
        </w:rPr>
        <w:t>, Bên thuê có trách nhiệm</w:t>
      </w:r>
      <w:r w:rsidR="008710C1" w:rsidRPr="008710C1">
        <w:rPr>
          <w:rFonts w:ascii="Times New Roman" w:hAnsi="Times New Roman" w:cs="Times New Roman"/>
          <w:sz w:val="28"/>
          <w:szCs w:val="28"/>
          <w:lang w:val="vi-VN"/>
        </w:rPr>
        <w:t>:</w:t>
      </w:r>
    </w:p>
    <w:p w14:paraId="5F6936E4" w14:textId="77777777" w:rsidR="008710C1" w:rsidRP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lastRenderedPageBreak/>
        <w:t xml:space="preserve">+ </w:t>
      </w:r>
      <w:r w:rsidR="008710C1" w:rsidRPr="008710C1">
        <w:rPr>
          <w:rFonts w:ascii="Times New Roman" w:hAnsi="Times New Roman" w:cs="Times New Roman"/>
          <w:sz w:val="28"/>
          <w:szCs w:val="28"/>
          <w:lang w:val="vi-VN"/>
        </w:rPr>
        <w:t>Tự tháo dỡ toàn bộ công trình tạm, máy móc, thiết bị, vật liệu và tài sản thuộc sở hữu của mình;</w:t>
      </w:r>
    </w:p>
    <w:p w14:paraId="626BB9AB" w14:textId="77777777" w:rsidR="008710C1" w:rsidRP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8710C1" w:rsidRPr="008710C1">
        <w:rPr>
          <w:rFonts w:ascii="Times New Roman" w:hAnsi="Times New Roman" w:cs="Times New Roman"/>
          <w:sz w:val="28"/>
          <w:szCs w:val="28"/>
          <w:lang w:val="vi-VN"/>
        </w:rPr>
        <w:t>Hoàn trả mặt bằng theo hiện trạng đã cam kết;</w:t>
      </w:r>
    </w:p>
    <w:p w14:paraId="59BEC417" w14:textId="77777777" w:rsid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008710C1" w:rsidRPr="008710C1">
        <w:rPr>
          <w:rFonts w:ascii="Times New Roman" w:hAnsi="Times New Roman" w:cs="Times New Roman"/>
          <w:sz w:val="28"/>
          <w:szCs w:val="28"/>
          <w:lang w:val="vi-VN"/>
        </w:rPr>
        <w:t>Không yêu cầu Nhà nước bồi thường đối với công trình tạm, tài sản đầu tư trên đất, chi phí đầu tư vào đất hoặc các khoản chi phí liên quan khác.</w:t>
      </w:r>
    </w:p>
    <w:p w14:paraId="06758093" w14:textId="77777777" w:rsidR="008710C1" w:rsidRP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008710C1" w:rsidRPr="008710C1">
        <w:rPr>
          <w:rFonts w:ascii="Times New Roman" w:hAnsi="Times New Roman" w:cs="Times New Roman"/>
          <w:sz w:val="28"/>
          <w:szCs w:val="28"/>
          <w:lang w:val="vi-VN"/>
        </w:rPr>
        <w:t xml:space="preserve"> Thời gian hoàn trả mặt bằng không quá 30 ngày kể từ ngày thanh lý hợp đồng hoặc ngày chấm dứt hợp đồng.</w:t>
      </w:r>
    </w:p>
    <w:p w14:paraId="64D22F30" w14:textId="77777777" w:rsidR="008710C1" w:rsidRDefault="00705CBD" w:rsidP="008710C1">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w:t>
      </w:r>
      <w:r w:rsidR="008710C1" w:rsidRPr="008710C1">
        <w:rPr>
          <w:rFonts w:ascii="Times New Roman" w:hAnsi="Times New Roman" w:cs="Times New Roman"/>
          <w:sz w:val="28"/>
          <w:szCs w:val="28"/>
          <w:lang w:val="vi-VN"/>
        </w:rPr>
        <w:t xml:space="preserve"> Trường hợp không tự nguyện tháo dỡ, Bên thuê đồng ý để Bên cho thuê tổ chức tháo dỡ và sử dụng tiền đặt cọc để chi trả chi phí thực hiện; phần chi phí còn thiếu (nếu có) Bên thuê có trách nhiệm thanh toán đầy đủ.</w:t>
      </w:r>
    </w:p>
    <w:p w14:paraId="6E692F95" w14:textId="77777777" w:rsidR="00705CBD" w:rsidRDefault="00705CBD" w:rsidP="00705CBD">
      <w:pPr>
        <w:spacing w:before="60" w:after="6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w:t>
      </w:r>
      <w:r w:rsidRPr="00705CBD">
        <w:rPr>
          <w:rFonts w:ascii="Times New Roman" w:hAnsi="Times New Roman" w:cs="Times New Roman"/>
          <w:sz w:val="28"/>
          <w:szCs w:val="28"/>
          <w:lang w:val="vi-VN"/>
        </w:rPr>
        <w:t>Một số nghĩa vụ khác có liên quan được thực hiện theo quy định của pháp luật và được quy định cụ thể tại Hợp đồng cho thuê đất</w:t>
      </w:r>
      <w:r>
        <w:rPr>
          <w:rFonts w:ascii="Times New Roman" w:hAnsi="Times New Roman" w:cs="Times New Roman"/>
          <w:sz w:val="28"/>
          <w:szCs w:val="28"/>
          <w:lang w:val="vi-VN"/>
        </w:rPr>
        <w:t>.</w:t>
      </w:r>
    </w:p>
    <w:p w14:paraId="54535D97" w14:textId="77777777" w:rsidR="00B051E9" w:rsidRPr="00791366" w:rsidRDefault="00B051E9" w:rsidP="00B051E9">
      <w:pPr>
        <w:spacing w:before="60" w:after="60" w:line="240" w:lineRule="auto"/>
        <w:ind w:firstLine="720"/>
        <w:jc w:val="right"/>
        <w:rPr>
          <w:rFonts w:ascii="Times New Roman" w:hAnsi="Times New Roman" w:cs="Times New Roman"/>
          <w:b/>
          <w:sz w:val="28"/>
          <w:szCs w:val="28"/>
          <w:lang w:val="vi-VN"/>
        </w:rPr>
      </w:pPr>
      <w:r w:rsidRPr="00B051E9">
        <w:rPr>
          <w:rFonts w:ascii="Times New Roman" w:hAnsi="Times New Roman" w:cs="Times New Roman"/>
          <w:b/>
          <w:sz w:val="28"/>
          <w:szCs w:val="28"/>
          <w:lang w:val="vi-VN"/>
        </w:rPr>
        <w:t>ỦY BAN NHÂN DÂN XÃ ĐỨC THỌ</w:t>
      </w:r>
    </w:p>
    <w:p w14:paraId="1D3A4A71" w14:textId="77777777" w:rsidR="001903DC" w:rsidRPr="00B00D1E" w:rsidRDefault="001903DC" w:rsidP="00705CBD">
      <w:pPr>
        <w:spacing w:before="60" w:after="60" w:line="240" w:lineRule="auto"/>
        <w:ind w:firstLine="720"/>
        <w:jc w:val="both"/>
        <w:rPr>
          <w:rFonts w:ascii="Times New Roman" w:hAnsi="Times New Roman" w:cs="Times New Roman"/>
          <w:sz w:val="28"/>
          <w:szCs w:val="28"/>
          <w:lang w:val="vi-VN"/>
        </w:rPr>
      </w:pPr>
    </w:p>
    <w:sectPr w:rsidR="001903DC" w:rsidRPr="00B00D1E" w:rsidSect="00705CBD">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AF993" w14:textId="77777777" w:rsidR="003F0891" w:rsidRDefault="003F0891" w:rsidP="00705CBD">
      <w:pPr>
        <w:spacing w:after="0" w:line="240" w:lineRule="auto"/>
      </w:pPr>
      <w:r>
        <w:separator/>
      </w:r>
    </w:p>
  </w:endnote>
  <w:endnote w:type="continuationSeparator" w:id="0">
    <w:p w14:paraId="72CF2754" w14:textId="77777777" w:rsidR="003F0891" w:rsidRDefault="003F0891" w:rsidP="00705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484DE" w14:textId="77777777" w:rsidR="003F0891" w:rsidRDefault="003F0891" w:rsidP="00705CBD">
      <w:pPr>
        <w:spacing w:after="0" w:line="240" w:lineRule="auto"/>
      </w:pPr>
      <w:r>
        <w:separator/>
      </w:r>
    </w:p>
  </w:footnote>
  <w:footnote w:type="continuationSeparator" w:id="0">
    <w:p w14:paraId="12CB3102" w14:textId="77777777" w:rsidR="003F0891" w:rsidRDefault="003F0891" w:rsidP="00705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112785"/>
      <w:docPartObj>
        <w:docPartGallery w:val="Page Numbers (Top of Page)"/>
        <w:docPartUnique/>
      </w:docPartObj>
    </w:sdtPr>
    <w:sdtEndPr>
      <w:rPr>
        <w:noProof/>
      </w:rPr>
    </w:sdtEndPr>
    <w:sdtContent>
      <w:p w14:paraId="0E75DFD6" w14:textId="595A9579" w:rsidR="00705CBD" w:rsidRDefault="00705CBD">
        <w:pPr>
          <w:pStyle w:val="Header"/>
          <w:jc w:val="center"/>
        </w:pPr>
        <w:r w:rsidRPr="00705CBD">
          <w:rPr>
            <w:rFonts w:ascii="Times New Roman" w:hAnsi="Times New Roman" w:cs="Times New Roman"/>
            <w:sz w:val="26"/>
            <w:szCs w:val="26"/>
          </w:rPr>
          <w:fldChar w:fldCharType="begin"/>
        </w:r>
        <w:r w:rsidRPr="00705CBD">
          <w:rPr>
            <w:rFonts w:ascii="Times New Roman" w:hAnsi="Times New Roman" w:cs="Times New Roman"/>
            <w:sz w:val="26"/>
            <w:szCs w:val="26"/>
          </w:rPr>
          <w:instrText xml:space="preserve"> PAGE   \* MERGEFORMAT </w:instrText>
        </w:r>
        <w:r w:rsidRPr="00705CBD">
          <w:rPr>
            <w:rFonts w:ascii="Times New Roman" w:hAnsi="Times New Roman" w:cs="Times New Roman"/>
            <w:sz w:val="26"/>
            <w:szCs w:val="26"/>
          </w:rPr>
          <w:fldChar w:fldCharType="separate"/>
        </w:r>
        <w:r w:rsidR="00E127FE">
          <w:rPr>
            <w:rFonts w:ascii="Times New Roman" w:hAnsi="Times New Roman" w:cs="Times New Roman"/>
            <w:noProof/>
            <w:sz w:val="26"/>
            <w:szCs w:val="26"/>
          </w:rPr>
          <w:t>4</w:t>
        </w:r>
        <w:r w:rsidRPr="00705CBD">
          <w:rPr>
            <w:rFonts w:ascii="Times New Roman" w:hAnsi="Times New Roman" w:cs="Times New Roman"/>
            <w:noProof/>
            <w:sz w:val="26"/>
            <w:szCs w:val="26"/>
          </w:rPr>
          <w:fldChar w:fldCharType="end"/>
        </w:r>
      </w:p>
    </w:sdtContent>
  </w:sdt>
  <w:p w14:paraId="5B18BD47" w14:textId="77777777" w:rsidR="00705CBD" w:rsidRDefault="00705C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A6D62"/>
    <w:rsid w:val="000F5940"/>
    <w:rsid w:val="000F5DBB"/>
    <w:rsid w:val="001355E6"/>
    <w:rsid w:val="0013782F"/>
    <w:rsid w:val="0015074B"/>
    <w:rsid w:val="001638CF"/>
    <w:rsid w:val="001903DC"/>
    <w:rsid w:val="0028641A"/>
    <w:rsid w:val="0029639D"/>
    <w:rsid w:val="002C04D0"/>
    <w:rsid w:val="002D2404"/>
    <w:rsid w:val="002F6885"/>
    <w:rsid w:val="00326F90"/>
    <w:rsid w:val="003E5C56"/>
    <w:rsid w:val="003F0891"/>
    <w:rsid w:val="004473C5"/>
    <w:rsid w:val="004A2EEC"/>
    <w:rsid w:val="004E7956"/>
    <w:rsid w:val="005D217F"/>
    <w:rsid w:val="006474F0"/>
    <w:rsid w:val="006C7FB9"/>
    <w:rsid w:val="00705CBD"/>
    <w:rsid w:val="00791366"/>
    <w:rsid w:val="00792446"/>
    <w:rsid w:val="007E67D4"/>
    <w:rsid w:val="007F7565"/>
    <w:rsid w:val="00804557"/>
    <w:rsid w:val="008710C1"/>
    <w:rsid w:val="008773E0"/>
    <w:rsid w:val="00905AF6"/>
    <w:rsid w:val="009631F4"/>
    <w:rsid w:val="00983B8D"/>
    <w:rsid w:val="009A6D0F"/>
    <w:rsid w:val="009D2A2D"/>
    <w:rsid w:val="009F25A5"/>
    <w:rsid w:val="00AA1D8D"/>
    <w:rsid w:val="00AA7500"/>
    <w:rsid w:val="00B00D1E"/>
    <w:rsid w:val="00B051E9"/>
    <w:rsid w:val="00B47730"/>
    <w:rsid w:val="00B95AF7"/>
    <w:rsid w:val="00BB22A2"/>
    <w:rsid w:val="00BB4A2E"/>
    <w:rsid w:val="00BD1312"/>
    <w:rsid w:val="00C113B2"/>
    <w:rsid w:val="00C6287A"/>
    <w:rsid w:val="00C717D9"/>
    <w:rsid w:val="00CB0664"/>
    <w:rsid w:val="00D06F6D"/>
    <w:rsid w:val="00D63750"/>
    <w:rsid w:val="00DA30D5"/>
    <w:rsid w:val="00DE2F0C"/>
    <w:rsid w:val="00E127FE"/>
    <w:rsid w:val="00F164C2"/>
    <w:rsid w:val="00F26130"/>
    <w:rsid w:val="00F6447A"/>
    <w:rsid w:val="00F7100B"/>
    <w:rsid w:val="00F848EF"/>
    <w:rsid w:val="00FC693F"/>
    <w:rsid w:val="00FC6E1B"/>
    <w:rsid w:val="00FF0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63788C"/>
  <w14:defaultImageDpi w14:val="300"/>
  <w15:docId w15:val="{16DD8D48-BC0C-47DF-A9C6-D1D21CE6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odyTextIndent">
    <w:name w:val="Body Text Indent"/>
    <w:basedOn w:val="Normal"/>
    <w:link w:val="BodyTextIndentChar"/>
    <w:uiPriority w:val="99"/>
    <w:semiHidden/>
    <w:unhideWhenUsed/>
    <w:rsid w:val="005D217F"/>
    <w:pPr>
      <w:spacing w:after="120"/>
      <w:ind w:left="283"/>
    </w:pPr>
  </w:style>
  <w:style w:type="character" w:customStyle="1" w:styleId="BodyTextIndentChar">
    <w:name w:val="Body Text Indent Char"/>
    <w:basedOn w:val="DefaultParagraphFont"/>
    <w:link w:val="BodyTextIndent"/>
    <w:uiPriority w:val="99"/>
    <w:semiHidden/>
    <w:rsid w:val="005D217F"/>
  </w:style>
  <w:style w:type="paragraph" w:styleId="BalloonText">
    <w:name w:val="Balloon Text"/>
    <w:basedOn w:val="Normal"/>
    <w:link w:val="BalloonTextChar"/>
    <w:uiPriority w:val="99"/>
    <w:semiHidden/>
    <w:unhideWhenUsed/>
    <w:rsid w:val="00F261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61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4032355">
      <w:bodyDiv w:val="1"/>
      <w:marLeft w:val="0"/>
      <w:marRight w:val="0"/>
      <w:marTop w:val="0"/>
      <w:marBottom w:val="0"/>
      <w:divBdr>
        <w:top w:val="none" w:sz="0" w:space="0" w:color="auto"/>
        <w:left w:val="none" w:sz="0" w:space="0" w:color="auto"/>
        <w:bottom w:val="none" w:sz="0" w:space="0" w:color="auto"/>
        <w:right w:val="none" w:sz="0" w:space="0" w:color="auto"/>
      </w:divBdr>
    </w:div>
    <w:div w:id="15239348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36097-4B04-420F-982A-E576AAE74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Thanh Cong</cp:lastModifiedBy>
  <cp:revision>4</cp:revision>
  <cp:lastPrinted>2026-07-27T01:53:00Z</cp:lastPrinted>
  <dcterms:created xsi:type="dcterms:W3CDTF">2026-07-14T07:05:00Z</dcterms:created>
  <dcterms:modified xsi:type="dcterms:W3CDTF">2026-07-30T03:02:00Z</dcterms:modified>
</cp:coreProperties>
</file>