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34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096"/>
      </w:tblGrid>
      <w:tr w:rsidR="00CF0F5B" w:rsidRPr="00CF0F5B" w14:paraId="6DFFE79D" w14:textId="77777777" w:rsidTr="003A56EB">
        <w:tc>
          <w:tcPr>
            <w:tcW w:w="4253" w:type="dxa"/>
          </w:tcPr>
          <w:p w14:paraId="2FC1A6A6" w14:textId="77777777" w:rsidR="00CF0F5B" w:rsidRPr="003A56EB" w:rsidRDefault="00CF0F5B" w:rsidP="00CF0F5B">
            <w:pPr>
              <w:jc w:val="center"/>
              <w:rPr>
                <w:rFonts w:eastAsia="Calibri" w:cs="Times New Roman"/>
                <w:szCs w:val="26"/>
              </w:rPr>
            </w:pPr>
            <w:r w:rsidRPr="003A56EB">
              <w:rPr>
                <w:rFonts w:eastAsia="Calibri" w:cs="Times New Roman"/>
                <w:szCs w:val="26"/>
              </w:rPr>
              <w:t>UBND XÃ ĐỨC THỌ</w:t>
            </w:r>
          </w:p>
          <w:p w14:paraId="3322FDBB" w14:textId="77777777" w:rsidR="00CF0F5B" w:rsidRPr="00CF0F5B" w:rsidRDefault="00CF0F5B" w:rsidP="00CF0F5B">
            <w:pPr>
              <w:jc w:val="center"/>
              <w:rPr>
                <w:rFonts w:eastAsia="Calibri" w:cs="Times New Roman"/>
                <w:b/>
                <w:szCs w:val="26"/>
              </w:rPr>
            </w:pPr>
            <w:r w:rsidRPr="00CF0F5B">
              <w:rPr>
                <w:rFonts w:eastAsia="Calibri" w:cs="Times New Roman"/>
                <w:b/>
                <w:noProof/>
                <w:szCs w:val="26"/>
              </w:rPr>
              <mc:AlternateContent>
                <mc:Choice Requires="wps">
                  <w:drawing>
                    <wp:anchor distT="0" distB="0" distL="114300" distR="114300" simplePos="0" relativeHeight="251661312" behindDoc="0" locked="0" layoutInCell="1" allowOverlap="1" wp14:anchorId="29A4BFB0" wp14:editId="4D476D3D">
                      <wp:simplePos x="0" y="0"/>
                      <wp:positionH relativeFrom="column">
                        <wp:posOffset>716851</wp:posOffset>
                      </wp:positionH>
                      <wp:positionV relativeFrom="paragraph">
                        <wp:posOffset>240665</wp:posOffset>
                      </wp:positionV>
                      <wp:extent cx="119084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190847"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790C78F"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6.45pt,18.95pt" to="150.2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" strokecolor="black [3040]"/>
                  </w:pict>
                </mc:Fallback>
              </mc:AlternateContent>
            </w:r>
            <w:r w:rsidRPr="00CF0F5B">
              <w:rPr>
                <w:rFonts w:eastAsia="Calibri" w:cs="Times New Roman"/>
                <w:b/>
                <w:szCs w:val="26"/>
              </w:rPr>
              <w:t>VĂN PHÒNG HĐND VÀ UBND</w:t>
            </w:r>
          </w:p>
        </w:tc>
        <w:tc>
          <w:tcPr>
            <w:tcW w:w="6096" w:type="dxa"/>
          </w:tcPr>
          <w:p w14:paraId="606CB716" w14:textId="77777777" w:rsidR="00CF0F5B" w:rsidRPr="00CF0F5B" w:rsidRDefault="00CF0F5B" w:rsidP="00CF0F5B">
            <w:pPr>
              <w:jc w:val="center"/>
              <w:rPr>
                <w:rFonts w:eastAsia="Calibri" w:cs="Times New Roman"/>
                <w:b/>
                <w:szCs w:val="26"/>
              </w:rPr>
            </w:pPr>
            <w:r w:rsidRPr="00CF0F5B">
              <w:rPr>
                <w:rFonts w:eastAsia="Calibri" w:cs="Times New Roman"/>
                <w:b/>
                <w:szCs w:val="26"/>
              </w:rPr>
              <w:t>CỘNG HÒA XÃ HỘI CHỦ NGHĨA VIỆT NAM</w:t>
            </w:r>
          </w:p>
          <w:p w14:paraId="45B8C41F" w14:textId="77777777" w:rsidR="00CF0F5B" w:rsidRPr="00CF0F5B" w:rsidRDefault="00CF0F5B" w:rsidP="00CF0F5B">
            <w:pPr>
              <w:jc w:val="center"/>
              <w:rPr>
                <w:rFonts w:eastAsia="Calibri" w:cs="Times New Roman"/>
                <w:b/>
                <w:szCs w:val="26"/>
              </w:rPr>
            </w:pPr>
            <w:r w:rsidRPr="00CF0F5B">
              <w:rPr>
                <w:rFonts w:eastAsia="Calibri" w:cs="Times New Roman"/>
                <w:b/>
                <w:szCs w:val="26"/>
              </w:rPr>
              <w:t>Độc lập - Tự do - Hạnh phúc</w:t>
            </w:r>
          </w:p>
          <w:p w14:paraId="5C48C023" w14:textId="77777777" w:rsidR="00CF0F5B" w:rsidRPr="00CF0F5B" w:rsidRDefault="00CF0F5B" w:rsidP="00CF0F5B">
            <w:pPr>
              <w:jc w:val="center"/>
              <w:rPr>
                <w:rFonts w:eastAsia="Calibri" w:cs="Times New Roman"/>
                <w:b/>
                <w:szCs w:val="26"/>
              </w:rPr>
            </w:pPr>
            <w:r w:rsidRPr="00CF0F5B">
              <w:rPr>
                <w:rFonts w:eastAsia="Calibri" w:cs="Times New Roman"/>
                <w:b/>
                <w:noProof/>
                <w:szCs w:val="26"/>
              </w:rPr>
              <mc:AlternateContent>
                <mc:Choice Requires="wps">
                  <w:drawing>
                    <wp:anchor distT="0" distB="0" distL="114300" distR="114300" simplePos="0" relativeHeight="251657216" behindDoc="0" locked="0" layoutInCell="1" allowOverlap="1" wp14:anchorId="1D744488" wp14:editId="5278DC72">
                      <wp:simplePos x="0" y="0"/>
                      <wp:positionH relativeFrom="column">
                        <wp:posOffset>854151</wp:posOffset>
                      </wp:positionH>
                      <wp:positionV relativeFrom="paragraph">
                        <wp:posOffset>45491</wp:posOffset>
                      </wp:positionV>
                      <wp:extent cx="2033626" cy="0"/>
                      <wp:effectExtent l="0" t="0" r="24130" b="19050"/>
                      <wp:wrapNone/>
                      <wp:docPr id="1" name="Straight Connector 1"/>
                      <wp:cNvGraphicFramePr/>
                      <a:graphic xmlns:a="http://schemas.openxmlformats.org/drawingml/2006/main">
                        <a:graphicData uri="http://schemas.microsoft.com/office/word/2010/wordprocessingShape">
                          <wps:wsp>
                            <wps:cNvCnPr/>
                            <wps:spPr>
                              <a:xfrm>
                                <a:off x="0" y="0"/>
                                <a:ext cx="2033626"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25pt,3.6pt" to="227.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" strokecolor="black [3040]"/>
                  </w:pict>
                </mc:Fallback>
              </mc:AlternateContent>
            </w:r>
          </w:p>
        </w:tc>
      </w:tr>
      <w:tr w:rsidR="00CF0F5B" w:rsidRPr="00CF0F5B" w14:paraId="19533F01" w14:textId="77777777" w:rsidTr="003A56EB">
        <w:tc>
          <w:tcPr>
            <w:tcW w:w="4253" w:type="dxa"/>
          </w:tcPr>
          <w:p w14:paraId="0D655744" w14:textId="44547E02" w:rsidR="00CF0F5B" w:rsidRPr="00CF0F5B" w:rsidRDefault="00AC0DB0" w:rsidP="00CF0F5B">
            <w:pPr>
              <w:jc w:val="center"/>
              <w:rPr>
                <w:rFonts w:eastAsia="Calibri" w:cs="Times New Roman"/>
                <w:szCs w:val="26"/>
              </w:rPr>
            </w:pPr>
            <w:r>
              <w:rPr>
                <w:rFonts w:eastAsia="Calibri" w:cs="Times New Roman"/>
                <w:szCs w:val="26"/>
              </w:rPr>
              <w:t>Số         /BC - VP</w:t>
            </w:r>
          </w:p>
        </w:tc>
        <w:tc>
          <w:tcPr>
            <w:tcW w:w="6096" w:type="dxa"/>
          </w:tcPr>
          <w:p w14:paraId="03D18E78" w14:textId="7A65D60C" w:rsidR="00CF0F5B" w:rsidRPr="00CF0F5B" w:rsidRDefault="00CF0F5B" w:rsidP="00973F28">
            <w:pPr>
              <w:jc w:val="center"/>
              <w:rPr>
                <w:rFonts w:eastAsia="Calibri" w:cs="Times New Roman"/>
                <w:i/>
                <w:szCs w:val="26"/>
              </w:rPr>
            </w:pPr>
            <w:r w:rsidRPr="00CF0F5B">
              <w:rPr>
                <w:rFonts w:eastAsia="Calibri" w:cs="Times New Roman"/>
                <w:szCs w:val="26"/>
              </w:rPr>
              <w:t xml:space="preserve">      </w:t>
            </w:r>
            <w:r w:rsidRPr="00CF0F5B">
              <w:rPr>
                <w:rFonts w:eastAsia="Calibri" w:cs="Times New Roman"/>
                <w:i/>
                <w:szCs w:val="26"/>
              </w:rPr>
              <w:t>Đức Thọ</w:t>
            </w:r>
            <w:r w:rsidR="00973F28">
              <w:rPr>
                <w:rFonts w:eastAsia="Calibri" w:cs="Times New Roman"/>
                <w:i/>
                <w:szCs w:val="26"/>
              </w:rPr>
              <w:t>, ngày 30</w:t>
            </w:r>
            <w:r w:rsidRPr="00CF0F5B">
              <w:rPr>
                <w:rFonts w:eastAsia="Calibri" w:cs="Times New Roman"/>
                <w:i/>
                <w:szCs w:val="26"/>
              </w:rPr>
              <w:t xml:space="preserve"> tháng 9 năm 2026</w:t>
            </w:r>
          </w:p>
        </w:tc>
      </w:tr>
    </w:tbl>
    <w:p w14:paraId="7C7A2B7A" w14:textId="77777777" w:rsidR="001378AB" w:rsidRDefault="001378AB">
      <w:pPr>
        <w:spacing w:after="40"/>
        <w:jc w:val="center"/>
        <w:rPr>
          <w:b/>
          <w:sz w:val="28"/>
          <w:szCs w:val="28"/>
        </w:rPr>
      </w:pPr>
    </w:p>
    <w:p w14:paraId="39B80C90" w14:textId="5A3D4B2F" w:rsidR="00E85735" w:rsidRPr="00CF0F5B" w:rsidRDefault="007C341F" w:rsidP="003A56EB">
      <w:pPr>
        <w:spacing w:after="0" w:line="240" w:lineRule="auto"/>
        <w:jc w:val="center"/>
        <w:rPr>
          <w:sz w:val="28"/>
          <w:szCs w:val="28"/>
        </w:rPr>
      </w:pPr>
      <w:r w:rsidRPr="00CF0F5B">
        <w:rPr>
          <w:b/>
          <w:sz w:val="28"/>
          <w:szCs w:val="28"/>
        </w:rPr>
        <w:t>BÁO CÁO</w:t>
      </w:r>
    </w:p>
    <w:p w14:paraId="15CF447E" w14:textId="2EFC39E7" w:rsidR="001966EE" w:rsidRDefault="007C341F" w:rsidP="003A56EB">
      <w:pPr>
        <w:spacing w:after="0" w:line="240" w:lineRule="auto"/>
        <w:jc w:val="center"/>
        <w:rPr>
          <w:b/>
          <w:sz w:val="28"/>
          <w:szCs w:val="28"/>
        </w:rPr>
      </w:pPr>
      <w:r w:rsidRPr="00CF0F5B">
        <w:rPr>
          <w:b/>
          <w:sz w:val="28"/>
          <w:szCs w:val="28"/>
        </w:rPr>
        <w:t>T</w:t>
      </w:r>
      <w:r w:rsidR="003A56EB">
        <w:rPr>
          <w:b/>
          <w:sz w:val="28"/>
          <w:szCs w:val="28"/>
        </w:rPr>
        <w:t xml:space="preserve">ình hình triển khai thực hiện, giải ngân các dự án </w:t>
      </w:r>
    </w:p>
    <w:p w14:paraId="64C6BC70" w14:textId="4613BBCE" w:rsidR="00E85735" w:rsidRPr="00CF0F5B" w:rsidRDefault="003A56EB" w:rsidP="003A56EB">
      <w:pPr>
        <w:spacing w:after="0" w:line="240" w:lineRule="auto"/>
        <w:jc w:val="center"/>
        <w:rPr>
          <w:sz w:val="28"/>
          <w:szCs w:val="28"/>
        </w:rPr>
      </w:pPr>
      <w:r>
        <w:rPr>
          <w:b/>
          <w:sz w:val="28"/>
          <w:szCs w:val="28"/>
        </w:rPr>
        <w:t xml:space="preserve">Đầu tư công trên địa bàn xã </w:t>
      </w:r>
      <w:r w:rsidR="00704582">
        <w:rPr>
          <w:b/>
          <w:sz w:val="28"/>
          <w:szCs w:val="28"/>
        </w:rPr>
        <w:t>Đ</w:t>
      </w:r>
      <w:r>
        <w:rPr>
          <w:b/>
          <w:sz w:val="28"/>
          <w:szCs w:val="28"/>
        </w:rPr>
        <w:t xml:space="preserve">ức </w:t>
      </w:r>
      <w:r w:rsidR="00704582">
        <w:rPr>
          <w:b/>
          <w:sz w:val="28"/>
          <w:szCs w:val="28"/>
        </w:rPr>
        <w:t>Thọ</w:t>
      </w:r>
    </w:p>
    <w:p w14:paraId="37380382" w14:textId="7872E1D9" w:rsidR="00E85735" w:rsidRPr="00CF0F5B" w:rsidRDefault="00D51530" w:rsidP="003A56EB">
      <w:pPr>
        <w:spacing w:after="0" w:line="240" w:lineRule="auto"/>
        <w:jc w:val="center"/>
        <w:rPr>
          <w:sz w:val="28"/>
          <w:szCs w:val="28"/>
        </w:rPr>
      </w:pPr>
      <w:r>
        <w:rPr>
          <w:i/>
          <w:sz w:val="28"/>
          <w:szCs w:val="28"/>
        </w:rPr>
        <w:t xml:space="preserve">(Số liệu </w:t>
      </w:r>
      <w:r w:rsidR="00356A65">
        <w:rPr>
          <w:i/>
          <w:sz w:val="28"/>
          <w:szCs w:val="28"/>
        </w:rPr>
        <w:t>tính đến ngày 30</w:t>
      </w:r>
      <w:r w:rsidR="007C341F" w:rsidRPr="00CF0F5B">
        <w:rPr>
          <w:i/>
          <w:sz w:val="28"/>
          <w:szCs w:val="28"/>
        </w:rPr>
        <w:t>/9/2026)</w:t>
      </w:r>
    </w:p>
    <w:p w14:paraId="2289F048" w14:textId="77777777" w:rsidR="001966EE" w:rsidRDefault="00E73873">
      <w:pPr>
        <w:spacing w:after="160"/>
        <w:rPr>
          <w:b/>
          <w:sz w:val="28"/>
          <w:szCs w:val="28"/>
        </w:rPr>
      </w:pPr>
      <w:r>
        <w:rPr>
          <w:b/>
          <w:sz w:val="28"/>
          <w:szCs w:val="28"/>
        </w:rPr>
        <w:t xml:space="preserve">                  </w:t>
      </w:r>
      <w:r w:rsidR="001378AB">
        <w:rPr>
          <w:b/>
          <w:sz w:val="28"/>
          <w:szCs w:val="28"/>
        </w:rPr>
        <w:t xml:space="preserve">            </w:t>
      </w:r>
      <w:r>
        <w:rPr>
          <w:b/>
          <w:sz w:val="28"/>
          <w:szCs w:val="28"/>
        </w:rPr>
        <w:t xml:space="preserve">   </w:t>
      </w:r>
    </w:p>
    <w:p w14:paraId="7AEB5E80" w14:textId="51BE9219" w:rsidR="00E85735" w:rsidRPr="001378AB" w:rsidRDefault="003A56EB" w:rsidP="001966EE">
      <w:pPr>
        <w:spacing w:after="160"/>
        <w:ind w:left="720" w:firstLine="720"/>
        <w:rPr>
          <w:bCs/>
          <w:sz w:val="28"/>
          <w:szCs w:val="28"/>
        </w:rPr>
      </w:pPr>
      <w:r>
        <w:rPr>
          <w:bCs/>
          <w:sz w:val="28"/>
          <w:szCs w:val="28"/>
        </w:rPr>
        <w:t xml:space="preserve">         </w:t>
      </w:r>
      <w:r w:rsidR="00E73873" w:rsidRPr="001378AB">
        <w:rPr>
          <w:bCs/>
          <w:sz w:val="28"/>
          <w:szCs w:val="28"/>
        </w:rPr>
        <w:t xml:space="preserve">Kính </w:t>
      </w:r>
      <w:r>
        <w:rPr>
          <w:bCs/>
          <w:sz w:val="28"/>
          <w:szCs w:val="28"/>
        </w:rPr>
        <w:t xml:space="preserve">gửi: </w:t>
      </w:r>
      <w:r w:rsidR="00E94D65">
        <w:rPr>
          <w:bCs/>
          <w:sz w:val="28"/>
          <w:szCs w:val="28"/>
        </w:rPr>
        <w:t>Ban Thường vụ Đảng ủy xã</w:t>
      </w:r>
      <w:r>
        <w:rPr>
          <w:bCs/>
          <w:sz w:val="28"/>
          <w:szCs w:val="28"/>
        </w:rPr>
        <w:t xml:space="preserve"> Đức Thọ.</w:t>
      </w:r>
    </w:p>
    <w:p w14:paraId="1CA1B5FA" w14:textId="77777777" w:rsidR="001378AB" w:rsidRDefault="001378AB">
      <w:pPr>
        <w:spacing w:after="120"/>
        <w:rPr>
          <w:b/>
          <w:sz w:val="28"/>
          <w:szCs w:val="28"/>
        </w:rPr>
      </w:pPr>
    </w:p>
    <w:p w14:paraId="32955142" w14:textId="1838CF3F" w:rsidR="00E85735" w:rsidRDefault="00C74EFB" w:rsidP="00735E53">
      <w:pPr>
        <w:spacing w:after="120"/>
        <w:ind w:firstLine="567"/>
        <w:rPr>
          <w:b/>
          <w:sz w:val="28"/>
          <w:szCs w:val="28"/>
        </w:rPr>
      </w:pPr>
      <w:r>
        <w:rPr>
          <w:b/>
          <w:sz w:val="28"/>
          <w:szCs w:val="28"/>
        </w:rPr>
        <w:t>I</w:t>
      </w:r>
      <w:r w:rsidR="007C341F" w:rsidRPr="00CF0F5B">
        <w:rPr>
          <w:b/>
          <w:sz w:val="28"/>
          <w:szCs w:val="28"/>
        </w:rPr>
        <w:t>. TÌNH HÌNH THỰC HIỆN</w:t>
      </w:r>
    </w:p>
    <w:p w14:paraId="345C006F" w14:textId="3F48D11A" w:rsidR="0092795B" w:rsidRPr="00585A62" w:rsidRDefault="00585A62" w:rsidP="00735E53">
      <w:pPr>
        <w:spacing w:after="120"/>
        <w:ind w:firstLine="567"/>
        <w:rPr>
          <w:b/>
          <w:sz w:val="28"/>
          <w:szCs w:val="28"/>
        </w:rPr>
      </w:pPr>
      <w:r w:rsidRPr="00585A62">
        <w:rPr>
          <w:b/>
          <w:sz w:val="28"/>
          <w:szCs w:val="28"/>
        </w:rPr>
        <w:t xml:space="preserve">a. </w:t>
      </w:r>
      <w:r w:rsidR="0092795B" w:rsidRPr="00585A62">
        <w:rPr>
          <w:b/>
          <w:sz w:val="28"/>
          <w:szCs w:val="28"/>
        </w:rPr>
        <w:t>Về thu tiền đất và giải ngân vốn đầu tư công năm 2026:</w:t>
      </w:r>
    </w:p>
    <w:p w14:paraId="0E950674" w14:textId="454E6952" w:rsidR="0092795B" w:rsidRPr="00D70D63" w:rsidRDefault="00C06DE8" w:rsidP="00735E53">
      <w:pPr>
        <w:spacing w:after="120"/>
        <w:ind w:firstLine="567"/>
        <w:rPr>
          <w:sz w:val="28"/>
          <w:szCs w:val="28"/>
        </w:rPr>
      </w:pPr>
      <w:r>
        <w:rPr>
          <w:sz w:val="28"/>
          <w:szCs w:val="28"/>
        </w:rPr>
        <w:t>-</w:t>
      </w:r>
      <w:r w:rsidR="0092795B" w:rsidRPr="00D70D63">
        <w:rPr>
          <w:sz w:val="28"/>
          <w:szCs w:val="28"/>
        </w:rPr>
        <w:t xml:space="preserve"> Tổng thu được giao: 150.000 triệu đồng; </w:t>
      </w:r>
      <w:r w:rsidR="00BB7815">
        <w:rPr>
          <w:sz w:val="28"/>
          <w:szCs w:val="28"/>
        </w:rPr>
        <w:t>X</w:t>
      </w:r>
      <w:r w:rsidR="0092795B" w:rsidRPr="00D70D63">
        <w:rPr>
          <w:sz w:val="28"/>
          <w:szCs w:val="28"/>
        </w:rPr>
        <w:t>ã hưởng 89.250 triệu đồng</w:t>
      </w:r>
      <w:r w:rsidR="0082466F">
        <w:rPr>
          <w:sz w:val="28"/>
          <w:szCs w:val="28"/>
        </w:rPr>
        <w:t>;</w:t>
      </w:r>
    </w:p>
    <w:p w14:paraId="551028EE" w14:textId="4F66F822" w:rsidR="003B06F0" w:rsidRPr="00D70D63" w:rsidRDefault="00C06DE8" w:rsidP="00735E53">
      <w:pPr>
        <w:spacing w:after="120"/>
        <w:ind w:firstLine="567"/>
        <w:rPr>
          <w:sz w:val="28"/>
          <w:szCs w:val="28"/>
        </w:rPr>
      </w:pPr>
      <w:r>
        <w:rPr>
          <w:sz w:val="28"/>
          <w:szCs w:val="28"/>
        </w:rPr>
        <w:t>-</w:t>
      </w:r>
      <w:r w:rsidR="003B06F0" w:rsidRPr="00D70D63">
        <w:rPr>
          <w:sz w:val="28"/>
          <w:szCs w:val="28"/>
        </w:rPr>
        <w:t xml:space="preserve"> Tổng nguồn chi đ</w:t>
      </w:r>
      <w:r w:rsidR="0082466F">
        <w:rPr>
          <w:sz w:val="28"/>
          <w:szCs w:val="28"/>
        </w:rPr>
        <w:t>ầu tư công: 127.500 triệu đồng; t</w:t>
      </w:r>
      <w:r w:rsidR="003B06F0" w:rsidRPr="00D70D63">
        <w:rPr>
          <w:sz w:val="28"/>
          <w:szCs w:val="28"/>
        </w:rPr>
        <w:t>rong đó:</w:t>
      </w:r>
    </w:p>
    <w:p w14:paraId="762EE1A7" w14:textId="6C2B3EF6" w:rsidR="003B06F0" w:rsidRPr="00D70D63" w:rsidRDefault="00C06DE8" w:rsidP="00735E53">
      <w:pPr>
        <w:spacing w:after="120"/>
        <w:ind w:firstLine="567"/>
        <w:rPr>
          <w:sz w:val="28"/>
          <w:szCs w:val="28"/>
        </w:rPr>
      </w:pPr>
      <w:r>
        <w:rPr>
          <w:sz w:val="28"/>
          <w:szCs w:val="28"/>
        </w:rPr>
        <w:t>+</w:t>
      </w:r>
      <w:r w:rsidR="003B06F0" w:rsidRPr="00D70D63">
        <w:rPr>
          <w:sz w:val="28"/>
          <w:szCs w:val="28"/>
        </w:rPr>
        <w:t xml:space="preserve"> Xã hưởng từ nguồn tiền đất thu được</w:t>
      </w:r>
      <w:r w:rsidR="00D70D63" w:rsidRPr="00D70D63">
        <w:rPr>
          <w:sz w:val="28"/>
          <w:szCs w:val="28"/>
        </w:rPr>
        <w:t>: 89.250 triệu đồng</w:t>
      </w:r>
      <w:r w:rsidR="0082466F">
        <w:rPr>
          <w:sz w:val="28"/>
          <w:szCs w:val="28"/>
        </w:rPr>
        <w:t>;</w:t>
      </w:r>
    </w:p>
    <w:p w14:paraId="36A8D70E" w14:textId="521B4AD8" w:rsidR="00D70D63" w:rsidRPr="00D70D63" w:rsidRDefault="00C06DE8" w:rsidP="00735E53">
      <w:pPr>
        <w:spacing w:after="120"/>
        <w:ind w:firstLine="567"/>
        <w:rPr>
          <w:sz w:val="28"/>
          <w:szCs w:val="28"/>
        </w:rPr>
      </w:pPr>
      <w:r>
        <w:rPr>
          <w:sz w:val="28"/>
          <w:szCs w:val="28"/>
        </w:rPr>
        <w:t xml:space="preserve">+ </w:t>
      </w:r>
      <w:r w:rsidR="00D70D63" w:rsidRPr="00D70D63">
        <w:rPr>
          <w:sz w:val="28"/>
          <w:szCs w:val="28"/>
        </w:rPr>
        <w:t>Nguồn hưởng từ tỉnh giao chi (không giao thu từ quỹ đất): 38.250 triệu đồng</w:t>
      </w:r>
      <w:r w:rsidR="0082466F">
        <w:rPr>
          <w:sz w:val="28"/>
          <w:szCs w:val="28"/>
        </w:rPr>
        <w:t>.</w:t>
      </w:r>
    </w:p>
    <w:p w14:paraId="7C131476" w14:textId="3E2D4AC2" w:rsidR="0082466F" w:rsidRDefault="00C06DE8" w:rsidP="00735E53">
      <w:pPr>
        <w:spacing w:after="120"/>
        <w:ind w:firstLine="567"/>
        <w:rPr>
          <w:sz w:val="28"/>
          <w:szCs w:val="28"/>
        </w:rPr>
      </w:pPr>
      <w:r>
        <w:rPr>
          <w:b/>
          <w:sz w:val="28"/>
          <w:szCs w:val="28"/>
        </w:rPr>
        <w:t>-</w:t>
      </w:r>
      <w:r w:rsidR="00D70D63" w:rsidRPr="009A299B">
        <w:rPr>
          <w:b/>
          <w:sz w:val="28"/>
          <w:szCs w:val="28"/>
        </w:rPr>
        <w:t xml:space="preserve"> Đến ngày </w:t>
      </w:r>
      <w:r w:rsidR="00973F28">
        <w:rPr>
          <w:b/>
          <w:sz w:val="28"/>
          <w:szCs w:val="28"/>
        </w:rPr>
        <w:t>30</w:t>
      </w:r>
      <w:r w:rsidR="00D00274">
        <w:rPr>
          <w:b/>
          <w:sz w:val="28"/>
          <w:szCs w:val="28"/>
        </w:rPr>
        <w:t>/</w:t>
      </w:r>
      <w:r w:rsidR="00D70D63" w:rsidRPr="009A299B">
        <w:rPr>
          <w:b/>
          <w:sz w:val="28"/>
          <w:szCs w:val="28"/>
        </w:rPr>
        <w:t>9/2026 tiền đất</w:t>
      </w:r>
      <w:r w:rsidR="00482885" w:rsidRPr="009A299B">
        <w:rPr>
          <w:b/>
          <w:sz w:val="28"/>
          <w:szCs w:val="28"/>
        </w:rPr>
        <w:t xml:space="preserve"> đã thu được 72.866 triệu đồng/</w:t>
      </w:r>
      <w:r w:rsidR="00D70D63" w:rsidRPr="009A299B">
        <w:rPr>
          <w:b/>
          <w:sz w:val="28"/>
          <w:szCs w:val="28"/>
        </w:rPr>
        <w:t>150.000 triệu đồng đạt 48</w:t>
      </w:r>
      <w:r w:rsidR="00C74EFB">
        <w:rPr>
          <w:b/>
          <w:sz w:val="28"/>
          <w:szCs w:val="28"/>
        </w:rPr>
        <w:t>,5</w:t>
      </w:r>
      <w:r w:rsidR="00D70D63" w:rsidRPr="009A299B">
        <w:rPr>
          <w:b/>
          <w:sz w:val="28"/>
          <w:szCs w:val="28"/>
        </w:rPr>
        <w:t>% kế hoạch</w:t>
      </w:r>
      <w:r w:rsidR="00D70D63" w:rsidRPr="00D70D63">
        <w:rPr>
          <w:sz w:val="28"/>
          <w:szCs w:val="28"/>
        </w:rPr>
        <w:t xml:space="preserve">. </w:t>
      </w:r>
    </w:p>
    <w:p w14:paraId="2814232E" w14:textId="0304E476" w:rsidR="00D70D63" w:rsidRPr="00D70D63" w:rsidRDefault="00D70D63" w:rsidP="00735E53">
      <w:pPr>
        <w:spacing w:after="120"/>
        <w:ind w:firstLine="567"/>
        <w:rPr>
          <w:sz w:val="28"/>
          <w:szCs w:val="28"/>
        </w:rPr>
      </w:pPr>
      <w:r w:rsidRPr="00D70D63">
        <w:rPr>
          <w:sz w:val="28"/>
          <w:szCs w:val="28"/>
        </w:rPr>
        <w:t>Trong đó:</w:t>
      </w:r>
    </w:p>
    <w:p w14:paraId="09D1891F" w14:textId="17F9CD3A" w:rsidR="00D70D63" w:rsidRPr="00D70D63" w:rsidRDefault="00D70D63" w:rsidP="00735E53">
      <w:pPr>
        <w:spacing w:after="120"/>
        <w:ind w:firstLine="567"/>
        <w:rPr>
          <w:sz w:val="28"/>
          <w:szCs w:val="28"/>
        </w:rPr>
      </w:pPr>
      <w:r w:rsidRPr="00D70D63">
        <w:rPr>
          <w:sz w:val="28"/>
          <w:szCs w:val="28"/>
        </w:rPr>
        <w:t>- Số tiền xã hưởng: 50.473 triệu đồng</w:t>
      </w:r>
      <w:r w:rsidR="002140B5">
        <w:rPr>
          <w:sz w:val="28"/>
          <w:szCs w:val="28"/>
        </w:rPr>
        <w:t>;</w:t>
      </w:r>
    </w:p>
    <w:p w14:paraId="2A98972F" w14:textId="6FD45356" w:rsidR="00D70D63" w:rsidRPr="00D70D63" w:rsidRDefault="00D70D63" w:rsidP="00735E53">
      <w:pPr>
        <w:spacing w:after="120"/>
        <w:ind w:firstLine="567"/>
        <w:rPr>
          <w:sz w:val="28"/>
          <w:szCs w:val="28"/>
        </w:rPr>
      </w:pPr>
      <w:r w:rsidRPr="00D70D63">
        <w:rPr>
          <w:sz w:val="28"/>
          <w:szCs w:val="28"/>
        </w:rPr>
        <w:t xml:space="preserve">- Số tiền đã cấp: </w:t>
      </w:r>
      <w:r w:rsidR="0031290B">
        <w:rPr>
          <w:sz w:val="28"/>
          <w:szCs w:val="28"/>
        </w:rPr>
        <w:t>50.470</w:t>
      </w:r>
      <w:r w:rsidR="0082466F">
        <w:rPr>
          <w:sz w:val="28"/>
          <w:szCs w:val="28"/>
        </w:rPr>
        <w:t xml:space="preserve"> triệu đồng; t</w:t>
      </w:r>
      <w:r w:rsidRPr="00D70D63">
        <w:rPr>
          <w:sz w:val="28"/>
          <w:szCs w:val="28"/>
        </w:rPr>
        <w:t>rong đó:</w:t>
      </w:r>
    </w:p>
    <w:p w14:paraId="14FB25F9" w14:textId="511B8208" w:rsidR="00D70D63" w:rsidRPr="00D70D63" w:rsidRDefault="00D70D63" w:rsidP="00735E53">
      <w:pPr>
        <w:spacing w:after="120"/>
        <w:ind w:firstLine="567"/>
        <w:rPr>
          <w:sz w:val="28"/>
          <w:szCs w:val="28"/>
        </w:rPr>
      </w:pPr>
      <w:r w:rsidRPr="00D70D63">
        <w:rPr>
          <w:sz w:val="28"/>
          <w:szCs w:val="28"/>
        </w:rPr>
        <w:t xml:space="preserve">+ Đã cấp cho chủ đầu tư: </w:t>
      </w:r>
      <w:r w:rsidR="003B0B42">
        <w:rPr>
          <w:sz w:val="28"/>
          <w:szCs w:val="28"/>
        </w:rPr>
        <w:t>48.</w:t>
      </w:r>
      <w:r w:rsidR="0031290B">
        <w:rPr>
          <w:sz w:val="28"/>
          <w:szCs w:val="28"/>
        </w:rPr>
        <w:t>373</w:t>
      </w:r>
      <w:r w:rsidR="006672D5">
        <w:rPr>
          <w:sz w:val="28"/>
          <w:szCs w:val="28"/>
        </w:rPr>
        <w:t xml:space="preserve"> triệu</w:t>
      </w:r>
      <w:r w:rsidRPr="00D70D63">
        <w:rPr>
          <w:sz w:val="28"/>
          <w:szCs w:val="28"/>
        </w:rPr>
        <w:t xml:space="preserve"> đồng</w:t>
      </w:r>
    </w:p>
    <w:p w14:paraId="6D128803" w14:textId="074B3694" w:rsidR="00D70D63" w:rsidRPr="00D70D63" w:rsidRDefault="00D70D63" w:rsidP="00735E53">
      <w:pPr>
        <w:spacing w:after="120"/>
        <w:ind w:firstLine="567"/>
        <w:rPr>
          <w:sz w:val="28"/>
          <w:szCs w:val="28"/>
        </w:rPr>
      </w:pPr>
      <w:r w:rsidRPr="00D70D63">
        <w:rPr>
          <w:sz w:val="28"/>
          <w:szCs w:val="28"/>
        </w:rPr>
        <w:t>+ Nộp lên cấp trên (tiết kiệm đầu tư theo N</w:t>
      </w:r>
      <w:r w:rsidR="002140B5">
        <w:rPr>
          <w:sz w:val="28"/>
          <w:szCs w:val="28"/>
        </w:rPr>
        <w:t>ghị quyết</w:t>
      </w:r>
      <w:r w:rsidRPr="00D70D63">
        <w:rPr>
          <w:sz w:val="28"/>
          <w:szCs w:val="28"/>
        </w:rPr>
        <w:t xml:space="preserve"> 135: 5%): 2.100 triệu đồng</w:t>
      </w:r>
      <w:r w:rsidR="002140B5">
        <w:rPr>
          <w:sz w:val="28"/>
          <w:szCs w:val="28"/>
        </w:rPr>
        <w:t>;</w:t>
      </w:r>
    </w:p>
    <w:p w14:paraId="622019D9" w14:textId="6B7982C3" w:rsidR="00D70D63" w:rsidRPr="00D70D63" w:rsidRDefault="00D70D63" w:rsidP="00735E53">
      <w:pPr>
        <w:spacing w:after="120"/>
        <w:ind w:firstLine="567"/>
        <w:rPr>
          <w:sz w:val="28"/>
          <w:szCs w:val="28"/>
        </w:rPr>
      </w:pPr>
      <w:r w:rsidRPr="00D70D63">
        <w:rPr>
          <w:sz w:val="28"/>
          <w:szCs w:val="28"/>
        </w:rPr>
        <w:t xml:space="preserve">+ Số tiền chủ đầu tư đã giải ngân: </w:t>
      </w:r>
      <w:r w:rsidR="006125F6">
        <w:rPr>
          <w:sz w:val="28"/>
          <w:szCs w:val="28"/>
        </w:rPr>
        <w:t>45.134</w:t>
      </w:r>
      <w:r w:rsidR="00112200">
        <w:rPr>
          <w:sz w:val="28"/>
          <w:szCs w:val="28"/>
        </w:rPr>
        <w:t xml:space="preserve"> </w:t>
      </w:r>
      <w:r w:rsidR="00E77F1F">
        <w:rPr>
          <w:sz w:val="28"/>
          <w:szCs w:val="28"/>
        </w:rPr>
        <w:t>triệu đồng/48.737</w:t>
      </w:r>
      <w:r w:rsidRPr="00D70D63">
        <w:rPr>
          <w:sz w:val="28"/>
          <w:szCs w:val="28"/>
        </w:rPr>
        <w:t xml:space="preserve"> triệu đồng đạt </w:t>
      </w:r>
      <w:r w:rsidR="004258BC">
        <w:rPr>
          <w:sz w:val="28"/>
          <w:szCs w:val="28"/>
        </w:rPr>
        <w:t>93,3</w:t>
      </w:r>
      <w:r w:rsidRPr="00D70D63">
        <w:rPr>
          <w:sz w:val="28"/>
          <w:szCs w:val="28"/>
        </w:rPr>
        <w:t>%</w:t>
      </w:r>
      <w:r w:rsidR="002140B5">
        <w:rPr>
          <w:sz w:val="28"/>
          <w:szCs w:val="28"/>
        </w:rPr>
        <w:t>.</w:t>
      </w:r>
    </w:p>
    <w:p w14:paraId="04ED2E42" w14:textId="35A1BD97" w:rsidR="00673DB5" w:rsidRDefault="00585A62" w:rsidP="00735E53">
      <w:pPr>
        <w:spacing w:after="120"/>
        <w:ind w:firstLine="567"/>
        <w:rPr>
          <w:sz w:val="28"/>
          <w:szCs w:val="28"/>
        </w:rPr>
      </w:pPr>
      <w:r w:rsidRPr="00673DB5">
        <w:rPr>
          <w:b/>
          <w:sz w:val="28"/>
          <w:szCs w:val="28"/>
        </w:rPr>
        <w:t>b.</w:t>
      </w:r>
      <w:r w:rsidR="00593926" w:rsidRPr="00673DB5">
        <w:rPr>
          <w:b/>
          <w:sz w:val="28"/>
          <w:szCs w:val="28"/>
        </w:rPr>
        <w:t xml:space="preserve"> </w:t>
      </w:r>
      <w:r w:rsidR="00112200" w:rsidRPr="00673DB5">
        <w:rPr>
          <w:b/>
          <w:sz w:val="28"/>
          <w:szCs w:val="28"/>
        </w:rPr>
        <w:t>Về n</w:t>
      </w:r>
      <w:r w:rsidR="00F7794D" w:rsidRPr="00673DB5">
        <w:rPr>
          <w:b/>
          <w:sz w:val="28"/>
          <w:szCs w:val="28"/>
        </w:rPr>
        <w:t>guồn chuyển nguồn,</w:t>
      </w:r>
      <w:r w:rsidR="00780382" w:rsidRPr="00673DB5">
        <w:rPr>
          <w:b/>
          <w:sz w:val="28"/>
          <w:szCs w:val="28"/>
        </w:rPr>
        <w:t xml:space="preserve"> kết dư</w:t>
      </w:r>
      <w:r w:rsidR="00F7794D" w:rsidRPr="00673DB5">
        <w:rPr>
          <w:b/>
          <w:sz w:val="28"/>
          <w:szCs w:val="28"/>
        </w:rPr>
        <w:t xml:space="preserve">, </w:t>
      </w:r>
      <w:r w:rsidR="009F49B1">
        <w:rPr>
          <w:b/>
          <w:sz w:val="28"/>
          <w:szCs w:val="28"/>
        </w:rPr>
        <w:t>nguồn khác</w:t>
      </w:r>
      <w:r w:rsidR="00673DB5">
        <w:rPr>
          <w:sz w:val="28"/>
          <w:szCs w:val="28"/>
        </w:rPr>
        <w:t xml:space="preserve">: </w:t>
      </w:r>
    </w:p>
    <w:p w14:paraId="375CC046" w14:textId="1F0964E4" w:rsidR="0047533E" w:rsidRDefault="00673DB5" w:rsidP="00735E53">
      <w:pPr>
        <w:spacing w:after="120"/>
        <w:ind w:firstLine="567"/>
        <w:rPr>
          <w:sz w:val="28"/>
          <w:szCs w:val="28"/>
        </w:rPr>
      </w:pPr>
      <w:r>
        <w:rPr>
          <w:sz w:val="28"/>
          <w:szCs w:val="28"/>
        </w:rPr>
        <w:t>- Tổng nguồn</w:t>
      </w:r>
      <w:r w:rsidR="007709EE">
        <w:rPr>
          <w:sz w:val="28"/>
          <w:szCs w:val="28"/>
        </w:rPr>
        <w:t xml:space="preserve"> được giao</w:t>
      </w:r>
      <w:r>
        <w:rPr>
          <w:sz w:val="28"/>
          <w:szCs w:val="28"/>
        </w:rPr>
        <w:t xml:space="preserve"> chi</w:t>
      </w:r>
      <w:r w:rsidR="00F71242">
        <w:rPr>
          <w:sz w:val="28"/>
          <w:szCs w:val="28"/>
        </w:rPr>
        <w:t xml:space="preserve"> đầu tư công: 34.797 triệu đồng. </w:t>
      </w:r>
    </w:p>
    <w:p w14:paraId="3C438B57" w14:textId="68077D2A" w:rsidR="0047533E" w:rsidRDefault="00570BA1" w:rsidP="00735E53">
      <w:pPr>
        <w:spacing w:after="120"/>
        <w:ind w:firstLine="567"/>
        <w:rPr>
          <w:sz w:val="28"/>
          <w:szCs w:val="28"/>
        </w:rPr>
      </w:pPr>
      <w:r>
        <w:rPr>
          <w:sz w:val="28"/>
          <w:szCs w:val="28"/>
        </w:rPr>
        <w:t xml:space="preserve">+ Đã cấp cho chủ đầu tư: </w:t>
      </w:r>
      <w:r w:rsidR="0047533E">
        <w:rPr>
          <w:sz w:val="28"/>
          <w:szCs w:val="28"/>
        </w:rPr>
        <w:t>12.802 triệu đồng.</w:t>
      </w:r>
    </w:p>
    <w:p w14:paraId="0B033E35" w14:textId="4DE5E0E5" w:rsidR="00D70D63" w:rsidRPr="0039033F" w:rsidRDefault="007709EE" w:rsidP="00735E53">
      <w:pPr>
        <w:spacing w:after="120"/>
        <w:ind w:firstLine="567"/>
        <w:rPr>
          <w:sz w:val="28"/>
          <w:szCs w:val="28"/>
        </w:rPr>
      </w:pPr>
      <w:r>
        <w:rPr>
          <w:sz w:val="28"/>
          <w:szCs w:val="28"/>
        </w:rPr>
        <w:t>+</w:t>
      </w:r>
      <w:r w:rsidR="00570BA1">
        <w:rPr>
          <w:sz w:val="28"/>
          <w:szCs w:val="28"/>
        </w:rPr>
        <w:t xml:space="preserve"> </w:t>
      </w:r>
      <w:r w:rsidR="0047533E">
        <w:rPr>
          <w:sz w:val="28"/>
          <w:szCs w:val="28"/>
        </w:rPr>
        <w:t>Số tiền chủ đầu tư đã giải ngân 12.440</w:t>
      </w:r>
      <w:r w:rsidR="009945FC">
        <w:rPr>
          <w:sz w:val="28"/>
          <w:szCs w:val="28"/>
        </w:rPr>
        <w:t>/12.802 triệu đồng</w:t>
      </w:r>
      <w:r w:rsidR="0047533E">
        <w:rPr>
          <w:sz w:val="28"/>
          <w:szCs w:val="28"/>
        </w:rPr>
        <w:t xml:space="preserve"> </w:t>
      </w:r>
      <w:r w:rsidR="009F49B1">
        <w:rPr>
          <w:sz w:val="28"/>
          <w:szCs w:val="28"/>
        </w:rPr>
        <w:t>đạt 97,</w:t>
      </w:r>
      <w:r w:rsidR="00C74EFB">
        <w:rPr>
          <w:sz w:val="28"/>
          <w:szCs w:val="28"/>
        </w:rPr>
        <w:t>1</w:t>
      </w:r>
      <w:r w:rsidR="009F49B1">
        <w:rPr>
          <w:sz w:val="28"/>
          <w:szCs w:val="28"/>
        </w:rPr>
        <w:t>%</w:t>
      </w:r>
      <w:r w:rsidR="00D00274">
        <w:rPr>
          <w:sz w:val="28"/>
          <w:szCs w:val="28"/>
        </w:rPr>
        <w:t>.</w:t>
      </w:r>
    </w:p>
    <w:p w14:paraId="26686152" w14:textId="2D0EC5B2" w:rsidR="00E85735" w:rsidRPr="00CF0F5B" w:rsidRDefault="00C74EFB" w:rsidP="00735E53">
      <w:pPr>
        <w:spacing w:after="80"/>
        <w:ind w:firstLine="567"/>
        <w:rPr>
          <w:sz w:val="28"/>
          <w:szCs w:val="28"/>
        </w:rPr>
      </w:pPr>
      <w:r>
        <w:rPr>
          <w:b/>
          <w:sz w:val="28"/>
          <w:szCs w:val="28"/>
        </w:rPr>
        <w:lastRenderedPageBreak/>
        <w:t>II</w:t>
      </w:r>
      <w:r w:rsidR="007C341F" w:rsidRPr="00CF0F5B">
        <w:rPr>
          <w:b/>
          <w:sz w:val="28"/>
          <w:szCs w:val="28"/>
        </w:rPr>
        <w:t>. Tiến độ triển khai các công trình</w:t>
      </w:r>
      <w:r w:rsidR="001378AB">
        <w:rPr>
          <w:b/>
          <w:sz w:val="28"/>
          <w:szCs w:val="28"/>
        </w:rPr>
        <w:t>:</w:t>
      </w:r>
    </w:p>
    <w:p w14:paraId="0D6A49A1" w14:textId="77777777" w:rsidR="00E85735" w:rsidRPr="00CF0F5B" w:rsidRDefault="007C341F" w:rsidP="00735E53">
      <w:pPr>
        <w:spacing w:after="80"/>
        <w:ind w:firstLine="567"/>
        <w:jc w:val="both"/>
        <w:rPr>
          <w:sz w:val="28"/>
          <w:szCs w:val="28"/>
        </w:rPr>
      </w:pPr>
      <w:r w:rsidRPr="00CF0F5B">
        <w:rPr>
          <w:sz w:val="28"/>
          <w:szCs w:val="28"/>
        </w:rPr>
        <w:t>Căn cứ các Nghị quyết của HĐND xã về việc phân bổ, điều chỉnh, bổ sung nguồn vốn đầu tư công và dự toán ngân sách năm 2025, năm 2026 và giai đoạn 2026-2030 (Nghị quyết số 11/NQ-HĐND ngày 01/11/2025; Nghị quyết số 17/NQ-HĐND ngày 31/12/2025; các Nghị quyết số 14, 15, 17/NQ-HĐND ngày 30/6/2026; Nghị quyết số 19/NQ-HĐND ngày 14/8/2026).</w:t>
      </w:r>
    </w:p>
    <w:p w14:paraId="419759DD" w14:textId="06F19CA5" w:rsidR="00E85735" w:rsidRPr="00CF0F5B" w:rsidRDefault="007C341F" w:rsidP="00735E53">
      <w:pPr>
        <w:spacing w:after="80"/>
        <w:ind w:firstLine="567"/>
        <w:jc w:val="both"/>
        <w:rPr>
          <w:sz w:val="28"/>
          <w:szCs w:val="28"/>
        </w:rPr>
      </w:pPr>
      <w:r w:rsidRPr="00CF0F5B">
        <w:rPr>
          <w:sz w:val="28"/>
          <w:szCs w:val="28"/>
        </w:rPr>
        <w:t xml:space="preserve">Tính đến ngày </w:t>
      </w:r>
      <w:r w:rsidR="008C15B7">
        <w:rPr>
          <w:sz w:val="28"/>
          <w:szCs w:val="28"/>
        </w:rPr>
        <w:t>30</w:t>
      </w:r>
      <w:r w:rsidRPr="00CF0F5B">
        <w:rPr>
          <w:sz w:val="28"/>
          <w:szCs w:val="28"/>
        </w:rPr>
        <w:t>/9/2026, trên địa bàn xã có tổng số 45 dự án. Đã tiến hành triển</w:t>
      </w:r>
      <w:r w:rsidR="009C662E">
        <w:rPr>
          <w:sz w:val="28"/>
          <w:szCs w:val="28"/>
        </w:rPr>
        <w:t xml:space="preserve"> </w:t>
      </w:r>
      <w:r w:rsidRPr="00CF0F5B">
        <w:rPr>
          <w:sz w:val="28"/>
          <w:szCs w:val="28"/>
        </w:rPr>
        <w:t>khai 4</w:t>
      </w:r>
      <w:r w:rsidR="00C6318A">
        <w:rPr>
          <w:sz w:val="28"/>
          <w:szCs w:val="28"/>
        </w:rPr>
        <w:t>5</w:t>
      </w:r>
      <w:r w:rsidRPr="00CF0F5B">
        <w:rPr>
          <w:sz w:val="28"/>
          <w:szCs w:val="28"/>
        </w:rPr>
        <w:t xml:space="preserve">/45 dự án, đạt tỷ lệ </w:t>
      </w:r>
      <w:r w:rsidR="00C6318A">
        <w:rPr>
          <w:sz w:val="28"/>
          <w:szCs w:val="28"/>
        </w:rPr>
        <w:t>10</w:t>
      </w:r>
      <w:r w:rsidRPr="00CF0F5B">
        <w:rPr>
          <w:sz w:val="28"/>
          <w:szCs w:val="28"/>
        </w:rPr>
        <w:t>%. Cụ thể:</w:t>
      </w:r>
    </w:p>
    <w:p w14:paraId="665F4BD9" w14:textId="77777777" w:rsidR="00E85735" w:rsidRPr="00CF0F5B" w:rsidRDefault="007C341F" w:rsidP="00735E53">
      <w:pPr>
        <w:spacing w:after="40"/>
        <w:ind w:firstLine="567"/>
        <w:rPr>
          <w:sz w:val="28"/>
          <w:szCs w:val="28"/>
        </w:rPr>
      </w:pPr>
      <w:r w:rsidRPr="00CF0F5B">
        <w:rPr>
          <w:b/>
          <w:sz w:val="28"/>
          <w:szCs w:val="28"/>
        </w:rPr>
        <w:t>* Dự án thuộc kế hoạch năm 2025 (07 dự án):</w:t>
      </w:r>
    </w:p>
    <w:p w14:paraId="70EDB87E" w14:textId="7DDDE626" w:rsidR="00E85735" w:rsidRPr="00CF0F5B" w:rsidRDefault="007C341F" w:rsidP="00735E53">
      <w:pPr>
        <w:spacing w:after="80"/>
        <w:ind w:firstLine="567"/>
        <w:jc w:val="both"/>
        <w:rPr>
          <w:sz w:val="28"/>
          <w:szCs w:val="28"/>
        </w:rPr>
      </w:pPr>
      <w:r w:rsidRPr="00CF0F5B">
        <w:rPr>
          <w:sz w:val="28"/>
          <w:szCs w:val="28"/>
        </w:rPr>
        <w:t xml:space="preserve">- 01 dự án đã hoàn thành quyết toán: </w:t>
      </w:r>
      <w:r w:rsidR="00E73873" w:rsidRPr="00E73873">
        <w:rPr>
          <w:i/>
          <w:iCs/>
          <w:sz w:val="28"/>
          <w:szCs w:val="28"/>
        </w:rPr>
        <w:t>(</w:t>
      </w:r>
      <w:r w:rsidRPr="00E73873">
        <w:rPr>
          <w:i/>
          <w:iCs/>
          <w:sz w:val="28"/>
          <w:szCs w:val="28"/>
        </w:rPr>
        <w:t>Sửa chữa nhà xe và các công trình phụ trợ Trụ sở Đảng ủy - HĐND - UBND - UBMTTQ xã</w:t>
      </w:r>
      <w:r w:rsidR="00E73873" w:rsidRPr="00E73873">
        <w:rPr>
          <w:i/>
          <w:iCs/>
          <w:sz w:val="28"/>
          <w:szCs w:val="28"/>
        </w:rPr>
        <w:t>).</w:t>
      </w:r>
    </w:p>
    <w:p w14:paraId="6ACBB2DB" w14:textId="77777777" w:rsidR="00E85735" w:rsidRPr="00CF0F5B" w:rsidRDefault="007C341F" w:rsidP="00735E53">
      <w:pPr>
        <w:spacing w:after="80"/>
        <w:ind w:firstLine="567"/>
        <w:jc w:val="both"/>
        <w:rPr>
          <w:sz w:val="28"/>
          <w:szCs w:val="28"/>
        </w:rPr>
      </w:pPr>
      <w:r w:rsidRPr="00CF0F5B">
        <w:rPr>
          <w:sz w:val="28"/>
          <w:szCs w:val="28"/>
        </w:rPr>
        <w:t>- 05 dự án đang triển khai thi công.</w:t>
      </w:r>
    </w:p>
    <w:p w14:paraId="151A01ED" w14:textId="0E9714A0" w:rsidR="001378AB" w:rsidRPr="00E73873" w:rsidRDefault="007C341F" w:rsidP="00735E53">
      <w:pPr>
        <w:spacing w:after="80"/>
        <w:ind w:firstLine="567"/>
        <w:jc w:val="both"/>
        <w:rPr>
          <w:i/>
          <w:iCs/>
          <w:sz w:val="28"/>
          <w:szCs w:val="28"/>
        </w:rPr>
      </w:pPr>
      <w:r w:rsidRPr="00CF0F5B">
        <w:rPr>
          <w:sz w:val="28"/>
          <w:szCs w:val="28"/>
        </w:rPr>
        <w:t xml:space="preserve">- 01 dự án đang trong giai đoạn lựa chọn nhà thầu: </w:t>
      </w:r>
      <w:r w:rsidR="00E73873" w:rsidRPr="00E73873">
        <w:rPr>
          <w:i/>
          <w:iCs/>
          <w:sz w:val="28"/>
          <w:szCs w:val="28"/>
        </w:rPr>
        <w:t>(</w:t>
      </w:r>
      <w:r w:rsidRPr="00E73873">
        <w:rPr>
          <w:i/>
          <w:iCs/>
          <w:sz w:val="28"/>
          <w:szCs w:val="28"/>
        </w:rPr>
        <w:t>Nâng cấp vỉa hè đường Nguyễn Thị Minh Khai (đoạn từ ngõ 229 đến ngã ba đê La Giang giao với đường Yên Trung).</w:t>
      </w:r>
    </w:p>
    <w:p w14:paraId="4F7BD8A0" w14:textId="77777777" w:rsidR="00E85735" w:rsidRPr="00CF0F5B" w:rsidRDefault="007C341F" w:rsidP="00735E53">
      <w:pPr>
        <w:spacing w:after="40"/>
        <w:ind w:firstLine="567"/>
        <w:rPr>
          <w:sz w:val="28"/>
          <w:szCs w:val="28"/>
        </w:rPr>
      </w:pPr>
      <w:r w:rsidRPr="00CF0F5B">
        <w:rPr>
          <w:b/>
          <w:sz w:val="28"/>
          <w:szCs w:val="28"/>
        </w:rPr>
        <w:t>* Dự án thuộc kế hoạch năm 2026 (38 dự án):</w:t>
      </w:r>
    </w:p>
    <w:p w14:paraId="5D324A17" w14:textId="77777777" w:rsidR="00E85735" w:rsidRPr="00CF0F5B" w:rsidRDefault="007C341F" w:rsidP="00735E53">
      <w:pPr>
        <w:spacing w:after="80"/>
        <w:ind w:firstLine="567"/>
        <w:rPr>
          <w:sz w:val="28"/>
          <w:szCs w:val="28"/>
        </w:rPr>
      </w:pPr>
      <w:r w:rsidRPr="00CF0F5B">
        <w:rPr>
          <w:sz w:val="28"/>
          <w:szCs w:val="28"/>
        </w:rPr>
        <w:t>- 08 dự án đã hoàn thành thi công, đang hoàn thiện hồ sơ nghiệm thu.</w:t>
      </w:r>
    </w:p>
    <w:p w14:paraId="6D5137A2" w14:textId="663B23C4" w:rsidR="00E85735" w:rsidRPr="00CB543C" w:rsidRDefault="007C341F" w:rsidP="00735E53">
      <w:pPr>
        <w:spacing w:after="80"/>
        <w:ind w:firstLine="567"/>
        <w:rPr>
          <w:spacing w:val="-8"/>
          <w:sz w:val="28"/>
          <w:szCs w:val="28"/>
        </w:rPr>
      </w:pPr>
      <w:r w:rsidRPr="00CF0F5B">
        <w:rPr>
          <w:sz w:val="28"/>
          <w:szCs w:val="28"/>
        </w:rPr>
        <w:t xml:space="preserve">- </w:t>
      </w:r>
      <w:r w:rsidRPr="00CB543C">
        <w:rPr>
          <w:spacing w:val="-8"/>
          <w:sz w:val="28"/>
          <w:szCs w:val="28"/>
        </w:rPr>
        <w:t>1</w:t>
      </w:r>
      <w:r w:rsidR="00A74C05" w:rsidRPr="00CB543C">
        <w:rPr>
          <w:spacing w:val="-8"/>
          <w:sz w:val="28"/>
          <w:szCs w:val="28"/>
        </w:rPr>
        <w:t>7</w:t>
      </w:r>
      <w:r w:rsidRPr="00CB543C">
        <w:rPr>
          <w:spacing w:val="-8"/>
          <w:sz w:val="28"/>
          <w:szCs w:val="28"/>
        </w:rPr>
        <w:t xml:space="preserve"> dự án đang triển khai thi công, tỷ lệ khối lượng hoàn thành đạt từ 0% đến 90%.</w:t>
      </w:r>
    </w:p>
    <w:p w14:paraId="5FD0358A" w14:textId="48BBE0AF" w:rsidR="00E85735" w:rsidRPr="00CF0F5B" w:rsidRDefault="007C341F" w:rsidP="00735E53">
      <w:pPr>
        <w:spacing w:after="80"/>
        <w:ind w:firstLine="567"/>
        <w:rPr>
          <w:sz w:val="28"/>
          <w:szCs w:val="28"/>
        </w:rPr>
      </w:pPr>
      <w:r w:rsidRPr="00CF0F5B">
        <w:rPr>
          <w:sz w:val="28"/>
          <w:szCs w:val="28"/>
        </w:rPr>
        <w:t>- 0</w:t>
      </w:r>
      <w:r w:rsidR="00A74C05">
        <w:rPr>
          <w:sz w:val="28"/>
          <w:szCs w:val="28"/>
        </w:rPr>
        <w:t>4</w:t>
      </w:r>
      <w:r w:rsidRPr="00CF0F5B">
        <w:rPr>
          <w:sz w:val="28"/>
          <w:szCs w:val="28"/>
        </w:rPr>
        <w:t xml:space="preserve"> dự án đang ở bước lựa chọn nhà thầu xây lắp.</w:t>
      </w:r>
    </w:p>
    <w:p w14:paraId="51A2DA5B" w14:textId="36176EC4" w:rsidR="00E85735" w:rsidRPr="00CF0F5B" w:rsidRDefault="007C341F" w:rsidP="00735E53">
      <w:pPr>
        <w:spacing w:after="80"/>
        <w:ind w:firstLine="567"/>
        <w:rPr>
          <w:sz w:val="28"/>
          <w:szCs w:val="28"/>
        </w:rPr>
      </w:pPr>
      <w:r w:rsidRPr="00CF0F5B">
        <w:rPr>
          <w:sz w:val="28"/>
          <w:szCs w:val="28"/>
        </w:rPr>
        <w:t>- 0</w:t>
      </w:r>
      <w:r w:rsidR="00A74C05">
        <w:rPr>
          <w:sz w:val="28"/>
          <w:szCs w:val="28"/>
        </w:rPr>
        <w:t>5</w:t>
      </w:r>
      <w:r w:rsidRPr="00CF0F5B">
        <w:rPr>
          <w:sz w:val="28"/>
          <w:szCs w:val="28"/>
        </w:rPr>
        <w:t xml:space="preserve"> dự án đang thẩm tra, thiết kế.</w:t>
      </w:r>
    </w:p>
    <w:p w14:paraId="6F9FAC1F" w14:textId="12996024" w:rsidR="00E85735" w:rsidRPr="00CF0F5B" w:rsidRDefault="007C341F" w:rsidP="00735E53">
      <w:pPr>
        <w:spacing w:after="80"/>
        <w:ind w:firstLine="567"/>
        <w:rPr>
          <w:sz w:val="28"/>
          <w:szCs w:val="28"/>
        </w:rPr>
      </w:pPr>
      <w:r w:rsidRPr="00CF0F5B">
        <w:rPr>
          <w:sz w:val="28"/>
          <w:szCs w:val="28"/>
        </w:rPr>
        <w:t>- 0</w:t>
      </w:r>
      <w:r w:rsidR="00A74C05">
        <w:rPr>
          <w:sz w:val="28"/>
          <w:szCs w:val="28"/>
        </w:rPr>
        <w:t>4</w:t>
      </w:r>
      <w:r w:rsidRPr="00CF0F5B">
        <w:rPr>
          <w:sz w:val="28"/>
          <w:szCs w:val="28"/>
        </w:rPr>
        <w:t xml:space="preserve"> dự án đang triển khai xây dựng hồ sơ.</w:t>
      </w:r>
    </w:p>
    <w:p w14:paraId="5B9B2403" w14:textId="77777777" w:rsidR="00E85735" w:rsidRPr="00CF0F5B" w:rsidRDefault="007C341F" w:rsidP="00735E53">
      <w:pPr>
        <w:spacing w:after="160"/>
        <w:ind w:left="1440" w:firstLine="567"/>
        <w:rPr>
          <w:i/>
          <w:iCs/>
          <w:sz w:val="28"/>
          <w:szCs w:val="28"/>
        </w:rPr>
      </w:pPr>
      <w:r w:rsidRPr="00CF0F5B">
        <w:rPr>
          <w:i/>
          <w:iCs/>
          <w:sz w:val="28"/>
          <w:szCs w:val="28"/>
        </w:rPr>
        <w:t>(Có phụ lục chi tiết kèm theo)</w:t>
      </w:r>
    </w:p>
    <w:p w14:paraId="69C15F94" w14:textId="6A4F3AD7" w:rsidR="00E85735" w:rsidRPr="00CF0F5B" w:rsidRDefault="007C341F" w:rsidP="00735E53">
      <w:pPr>
        <w:spacing w:after="120"/>
        <w:ind w:firstLine="567"/>
        <w:rPr>
          <w:sz w:val="28"/>
          <w:szCs w:val="28"/>
        </w:rPr>
      </w:pPr>
      <w:r w:rsidRPr="00CF0F5B">
        <w:rPr>
          <w:b/>
          <w:sz w:val="28"/>
          <w:szCs w:val="28"/>
        </w:rPr>
        <w:t>II</w:t>
      </w:r>
      <w:r w:rsidR="00AC0DB0">
        <w:rPr>
          <w:b/>
          <w:sz w:val="28"/>
          <w:szCs w:val="28"/>
        </w:rPr>
        <w:t>I</w:t>
      </w:r>
      <w:r w:rsidRPr="00CF0F5B">
        <w:rPr>
          <w:b/>
          <w:sz w:val="28"/>
          <w:szCs w:val="28"/>
        </w:rPr>
        <w:t>. TỒN TẠI, HẠN CHẾ VÀ VƯỚNG MẮC</w:t>
      </w:r>
    </w:p>
    <w:p w14:paraId="3A7C9E76" w14:textId="579638A6" w:rsidR="00E85735" w:rsidRPr="00CF0F5B" w:rsidRDefault="007C341F" w:rsidP="00735E53">
      <w:pPr>
        <w:spacing w:after="80"/>
        <w:ind w:firstLine="567"/>
        <w:rPr>
          <w:sz w:val="28"/>
          <w:szCs w:val="28"/>
        </w:rPr>
      </w:pPr>
      <w:r w:rsidRPr="00CF0F5B">
        <w:rPr>
          <w:b/>
          <w:sz w:val="28"/>
          <w:szCs w:val="28"/>
        </w:rPr>
        <w:t>1. Tồn tại, hạn chế</w:t>
      </w:r>
      <w:r w:rsidR="00CF0F5B" w:rsidRPr="00CF0F5B">
        <w:rPr>
          <w:b/>
          <w:sz w:val="28"/>
          <w:szCs w:val="28"/>
        </w:rPr>
        <w:t>:</w:t>
      </w:r>
    </w:p>
    <w:p w14:paraId="59D7EBB5" w14:textId="77777777" w:rsidR="00E85735" w:rsidRPr="00CF0F5B" w:rsidRDefault="007C341F" w:rsidP="00735E53">
      <w:pPr>
        <w:spacing w:after="80"/>
        <w:ind w:firstLine="567"/>
        <w:jc w:val="both"/>
        <w:rPr>
          <w:sz w:val="28"/>
          <w:szCs w:val="28"/>
        </w:rPr>
      </w:pPr>
      <w:r w:rsidRPr="00CF0F5B">
        <w:rPr>
          <w:sz w:val="28"/>
          <w:szCs w:val="28"/>
        </w:rPr>
        <w:t>- Tiến độ hoàn thiện các thủ tục đầu tư đối với một số công trình còn chậm.</w:t>
      </w:r>
    </w:p>
    <w:p w14:paraId="4B7A6C99" w14:textId="77777777" w:rsidR="00E85735" w:rsidRPr="00CF0F5B" w:rsidRDefault="007C341F" w:rsidP="00735E53">
      <w:pPr>
        <w:spacing w:after="80"/>
        <w:ind w:firstLine="567"/>
        <w:jc w:val="both"/>
        <w:rPr>
          <w:sz w:val="28"/>
          <w:szCs w:val="28"/>
        </w:rPr>
      </w:pPr>
      <w:r w:rsidRPr="00CF0F5B">
        <w:rPr>
          <w:sz w:val="28"/>
          <w:szCs w:val="28"/>
        </w:rPr>
        <w:t>- Một số công trình đã khởi công nhưng khối lượng thực hiện tại hiện trường chưa nhiều, dẫn đến tiến độ giải ngân chưa đạt yêu cầu đề ra.</w:t>
      </w:r>
    </w:p>
    <w:p w14:paraId="32A50E5D" w14:textId="77777777" w:rsidR="00E85735" w:rsidRPr="00CF0F5B" w:rsidRDefault="007C341F" w:rsidP="00735E53">
      <w:pPr>
        <w:spacing w:after="80"/>
        <w:ind w:firstLine="567"/>
        <w:jc w:val="both"/>
        <w:rPr>
          <w:sz w:val="28"/>
          <w:szCs w:val="28"/>
        </w:rPr>
      </w:pPr>
      <w:r w:rsidRPr="00CF0F5B">
        <w:rPr>
          <w:sz w:val="28"/>
          <w:szCs w:val="28"/>
        </w:rPr>
        <w:t>- Một số công trình đã hoàn thành thi công nhưng nhà thầu chậm hoàn thiện hồ sơ quản lý chất lượng, hồ sơ nghiệm thu, thanh toán và quyết toán.</w:t>
      </w:r>
    </w:p>
    <w:p w14:paraId="0124C507" w14:textId="3908184A" w:rsidR="00E85735" w:rsidRPr="00CF0F5B" w:rsidRDefault="007C341F" w:rsidP="00735E53">
      <w:pPr>
        <w:spacing w:after="80"/>
        <w:ind w:firstLine="567"/>
        <w:rPr>
          <w:sz w:val="28"/>
          <w:szCs w:val="28"/>
        </w:rPr>
      </w:pPr>
      <w:r w:rsidRPr="00CF0F5B">
        <w:rPr>
          <w:b/>
          <w:sz w:val="28"/>
          <w:szCs w:val="28"/>
        </w:rPr>
        <w:t>2. Khó khăn, vướng mắc cụ thể</w:t>
      </w:r>
      <w:r w:rsidR="00CF0F5B" w:rsidRPr="00CF0F5B">
        <w:rPr>
          <w:b/>
          <w:sz w:val="28"/>
          <w:szCs w:val="28"/>
        </w:rPr>
        <w:t>:</w:t>
      </w:r>
    </w:p>
    <w:p w14:paraId="019C6A52" w14:textId="5FCFC3EC" w:rsidR="00E85735" w:rsidRPr="00E73873" w:rsidRDefault="007C341F" w:rsidP="00735E53">
      <w:pPr>
        <w:spacing w:after="80"/>
        <w:ind w:firstLine="567"/>
        <w:jc w:val="both"/>
        <w:rPr>
          <w:i/>
          <w:iCs/>
          <w:sz w:val="28"/>
          <w:szCs w:val="28"/>
        </w:rPr>
      </w:pPr>
      <w:r w:rsidRPr="00CF0F5B">
        <w:rPr>
          <w:sz w:val="28"/>
          <w:szCs w:val="28"/>
        </w:rPr>
        <w:t xml:space="preserve">Hiện nay, quá trình thực hiện còn gặp khó khăn, vướng mắc tại một số dự án như sau: </w:t>
      </w:r>
      <w:r w:rsidRPr="00E73873">
        <w:rPr>
          <w:i/>
          <w:iCs/>
          <w:sz w:val="28"/>
          <w:szCs w:val="28"/>
        </w:rPr>
        <w:t xml:space="preserve">(1) Dự án Đường bê tông GTNĐ tuyến 02 thôn Yên Thắng bị vướng mặt </w:t>
      </w:r>
      <w:r w:rsidRPr="00E73873">
        <w:rPr>
          <w:i/>
          <w:iCs/>
          <w:sz w:val="28"/>
          <w:szCs w:val="28"/>
        </w:rPr>
        <w:lastRenderedPageBreak/>
        <w:t xml:space="preserve">bằng do ranh giới tuyến đường trùng vào hành lang an toàn kênh thủy lợi; (2) Xây dựng mương cứng nội đồng HTX Hòa Lạc </w:t>
      </w:r>
      <w:r w:rsidR="001819ED">
        <w:rPr>
          <w:i/>
          <w:iCs/>
          <w:sz w:val="28"/>
          <w:szCs w:val="28"/>
        </w:rPr>
        <w:t>chưa thể thi công do đang gặp</w:t>
      </w:r>
      <w:r w:rsidRPr="00E73873">
        <w:rPr>
          <w:i/>
          <w:iCs/>
          <w:sz w:val="28"/>
          <w:szCs w:val="28"/>
        </w:rPr>
        <w:t xml:space="preserve"> khó khăn trong khâu vận chuyển vật tư vào công trường; </w:t>
      </w:r>
      <w:r w:rsidR="008E7449">
        <w:rPr>
          <w:i/>
          <w:iCs/>
          <w:sz w:val="28"/>
          <w:szCs w:val="28"/>
        </w:rPr>
        <w:t xml:space="preserve">(3) </w:t>
      </w:r>
      <w:r w:rsidR="008E7449" w:rsidRPr="008E7449">
        <w:rPr>
          <w:i/>
          <w:iCs/>
          <w:sz w:val="28"/>
          <w:szCs w:val="28"/>
        </w:rPr>
        <w:t>Nâng cấp đường bê tông GTNT liên thôn Yên Thắng - Yên Cường</w:t>
      </w:r>
      <w:r w:rsidR="008E7449">
        <w:rPr>
          <w:i/>
          <w:iCs/>
          <w:sz w:val="28"/>
          <w:szCs w:val="28"/>
        </w:rPr>
        <w:t xml:space="preserve"> chưa thể thi công cống qua đường do nước </w:t>
      </w:r>
      <w:r w:rsidR="000B7F0F">
        <w:rPr>
          <w:i/>
          <w:iCs/>
          <w:sz w:val="28"/>
          <w:szCs w:val="28"/>
        </w:rPr>
        <w:t>trên ruộng đang cao</w:t>
      </w:r>
      <w:r w:rsidR="00E7364F">
        <w:rPr>
          <w:i/>
          <w:iCs/>
          <w:sz w:val="28"/>
          <w:szCs w:val="28"/>
        </w:rPr>
        <w:t>.</w:t>
      </w:r>
    </w:p>
    <w:p w14:paraId="7A184469" w14:textId="6922354E" w:rsidR="00E85735" w:rsidRPr="00CF0F5B" w:rsidRDefault="007C341F" w:rsidP="00735E53">
      <w:pPr>
        <w:spacing w:after="120"/>
        <w:ind w:firstLine="567"/>
        <w:rPr>
          <w:sz w:val="28"/>
          <w:szCs w:val="28"/>
        </w:rPr>
      </w:pPr>
      <w:r w:rsidRPr="00CF0F5B">
        <w:rPr>
          <w:b/>
          <w:sz w:val="28"/>
          <w:szCs w:val="28"/>
        </w:rPr>
        <w:t>I</w:t>
      </w:r>
      <w:r w:rsidR="00AC0DB0">
        <w:rPr>
          <w:b/>
          <w:sz w:val="28"/>
          <w:szCs w:val="28"/>
        </w:rPr>
        <w:t>V</w:t>
      </w:r>
      <w:bookmarkStart w:id="0" w:name="_GoBack"/>
      <w:bookmarkEnd w:id="0"/>
      <w:r w:rsidRPr="00CF0F5B">
        <w:rPr>
          <w:b/>
          <w:sz w:val="28"/>
          <w:szCs w:val="28"/>
        </w:rPr>
        <w:t>. KIẾN NGHỊ VÀ GIẢI PHÁP TRONG THỜI GIAN TỚI</w:t>
      </w:r>
    </w:p>
    <w:p w14:paraId="100572F9" w14:textId="00732EF4" w:rsidR="00E85735" w:rsidRPr="00CF0F5B" w:rsidRDefault="007C341F" w:rsidP="00735E53">
      <w:pPr>
        <w:spacing w:after="80"/>
        <w:ind w:firstLine="567"/>
        <w:rPr>
          <w:sz w:val="28"/>
          <w:szCs w:val="28"/>
        </w:rPr>
      </w:pPr>
      <w:r w:rsidRPr="00CF0F5B">
        <w:rPr>
          <w:b/>
          <w:sz w:val="28"/>
          <w:szCs w:val="28"/>
        </w:rPr>
        <w:t>1. Kiến nghị, đề xuất</w:t>
      </w:r>
      <w:r w:rsidR="00CF0F5B">
        <w:rPr>
          <w:b/>
          <w:sz w:val="28"/>
          <w:szCs w:val="28"/>
        </w:rPr>
        <w:t>:</w:t>
      </w:r>
    </w:p>
    <w:p w14:paraId="3C1873A1" w14:textId="77777777" w:rsidR="00E85735" w:rsidRPr="00CF0F5B" w:rsidRDefault="007C341F" w:rsidP="00735E53">
      <w:pPr>
        <w:spacing w:after="80"/>
        <w:ind w:firstLine="567"/>
        <w:jc w:val="both"/>
        <w:rPr>
          <w:sz w:val="28"/>
          <w:szCs w:val="28"/>
        </w:rPr>
      </w:pPr>
      <w:r w:rsidRPr="00CF0F5B">
        <w:rPr>
          <w:sz w:val="28"/>
          <w:szCs w:val="28"/>
        </w:rPr>
        <w:t>- Đề nghị UBND xã chỉ đạo cán bộ chuyên môn chủ trì, phối hợp với Ban cán sự thôn, nhà thầu thi công và đơn vị quản lý kênh thủy lợi tổ chức kiểm tra thực địa, rà soát, xác định và cắm mốc ranh giới hành lang an toàn kênh thủy lợi, làm cơ sở xử lý dứt điểm vướng mắc về mặt bằng đối với dự án Đường bê tông GTNĐ tuyến 02 thôn Yên Thắng.</w:t>
      </w:r>
    </w:p>
    <w:p w14:paraId="1118B1AC" w14:textId="77777777" w:rsidR="00E85735" w:rsidRPr="00CF0F5B" w:rsidRDefault="007C341F" w:rsidP="00735E53">
      <w:pPr>
        <w:spacing w:after="80"/>
        <w:ind w:firstLine="567"/>
        <w:jc w:val="both"/>
        <w:rPr>
          <w:sz w:val="28"/>
          <w:szCs w:val="28"/>
        </w:rPr>
      </w:pPr>
      <w:r w:rsidRPr="00CF0F5B">
        <w:rPr>
          <w:sz w:val="28"/>
          <w:szCs w:val="28"/>
        </w:rPr>
        <w:t>- Đôn đốc các nhà thầu thi công tập trung nhân lực, máy móc, thiết bị, tổ chức thi công hợp lý để hoàn thành khối lượng theo tiến độ hợp đồng đã ký kết; đối với các dự án đến hạn hoàn thành, yêu cầu nhà thầu báo cáo nguyên nhân, lập tiến độ hoàn thành cụ thể và cam kết thực hiện.</w:t>
      </w:r>
    </w:p>
    <w:p w14:paraId="7B64C037" w14:textId="77777777" w:rsidR="00E85735" w:rsidRPr="00CF0F5B" w:rsidRDefault="007C341F" w:rsidP="00735E53">
      <w:pPr>
        <w:spacing w:after="80"/>
        <w:ind w:firstLine="567"/>
        <w:jc w:val="both"/>
        <w:rPr>
          <w:sz w:val="28"/>
          <w:szCs w:val="28"/>
        </w:rPr>
      </w:pPr>
      <w:r w:rsidRPr="00CF0F5B">
        <w:rPr>
          <w:sz w:val="28"/>
          <w:szCs w:val="28"/>
        </w:rPr>
        <w:t>- Chỉ đạo các đơn vị tư vấn, nhà thầu khẩn trương hoàn thiện hồ sơ quản lý chất lượng, nghiệm thu, thanh toán và quyết toán đối với các công trình đã hoàn thành.</w:t>
      </w:r>
    </w:p>
    <w:p w14:paraId="632EE8AD" w14:textId="020F5B98" w:rsidR="00E85735" w:rsidRPr="00CF0F5B" w:rsidRDefault="007C341F" w:rsidP="00735E53">
      <w:pPr>
        <w:spacing w:after="80"/>
        <w:ind w:firstLine="567"/>
        <w:rPr>
          <w:sz w:val="28"/>
          <w:szCs w:val="28"/>
        </w:rPr>
      </w:pPr>
      <w:r w:rsidRPr="00CF0F5B">
        <w:rPr>
          <w:b/>
          <w:sz w:val="28"/>
          <w:szCs w:val="28"/>
        </w:rPr>
        <w:t>2. Giải pháp trọng tâm</w:t>
      </w:r>
      <w:r w:rsidR="00CF0F5B">
        <w:rPr>
          <w:b/>
          <w:sz w:val="28"/>
          <w:szCs w:val="28"/>
        </w:rPr>
        <w:t>:</w:t>
      </w:r>
    </w:p>
    <w:p w14:paraId="19A127DE" w14:textId="77777777" w:rsidR="00E85735" w:rsidRPr="00CF0F5B" w:rsidRDefault="007C341F" w:rsidP="00735E53">
      <w:pPr>
        <w:spacing w:after="80"/>
        <w:ind w:firstLine="567"/>
        <w:jc w:val="both"/>
        <w:rPr>
          <w:sz w:val="28"/>
          <w:szCs w:val="28"/>
        </w:rPr>
      </w:pPr>
      <w:r w:rsidRPr="00CF0F5B">
        <w:rPr>
          <w:sz w:val="28"/>
          <w:szCs w:val="28"/>
        </w:rPr>
        <w:t>Để bảo đảm hoàn thành kế hoạch đầu tư công và tiến độ thi công các công trình, trong thời gian tới cần tập trung thực hiện các giải pháp sau:</w:t>
      </w:r>
    </w:p>
    <w:p w14:paraId="56831C28" w14:textId="77777777" w:rsidR="00E85735" w:rsidRPr="00CF0F5B" w:rsidRDefault="007C341F" w:rsidP="00735E53">
      <w:pPr>
        <w:spacing w:after="80"/>
        <w:ind w:firstLine="567"/>
        <w:jc w:val="both"/>
        <w:rPr>
          <w:sz w:val="28"/>
          <w:szCs w:val="28"/>
        </w:rPr>
      </w:pPr>
      <w:r w:rsidRPr="00CF0F5B">
        <w:rPr>
          <w:sz w:val="28"/>
          <w:szCs w:val="28"/>
        </w:rPr>
        <w:t>- Tiếp tục rà soát tiến độ thực hiện từng dự án, xác định rõ nguyên nhân chậm trễ, các công việc thuộc đường găng tiến độ để phục vụ công tác chỉ đạo, điều hành và kịp thời xử lý các điểm nghẽn.</w:t>
      </w:r>
    </w:p>
    <w:p w14:paraId="7EDC0052" w14:textId="77777777" w:rsidR="00E85735" w:rsidRPr="00CF0F5B" w:rsidRDefault="007C341F" w:rsidP="00735E53">
      <w:pPr>
        <w:spacing w:after="80"/>
        <w:ind w:firstLine="567"/>
        <w:jc w:val="both"/>
        <w:rPr>
          <w:sz w:val="28"/>
          <w:szCs w:val="28"/>
        </w:rPr>
      </w:pPr>
      <w:r w:rsidRPr="00CF0F5B">
        <w:rPr>
          <w:sz w:val="28"/>
          <w:szCs w:val="28"/>
        </w:rPr>
        <w:t>- Đôn đốc các đơn vị tư vấn khẩn trương hoàn thiện hồ sơ đối với các công trình đang chuẩn bị đầu tư, rút ngắn tối đa thời gian thực hiện các thủ tục hành chính liên quan.</w:t>
      </w:r>
    </w:p>
    <w:p w14:paraId="5905492A" w14:textId="77777777" w:rsidR="00E85735" w:rsidRPr="00CF0F5B" w:rsidRDefault="007C341F" w:rsidP="00735E53">
      <w:pPr>
        <w:spacing w:after="80"/>
        <w:ind w:firstLine="567"/>
        <w:jc w:val="both"/>
        <w:rPr>
          <w:sz w:val="28"/>
          <w:szCs w:val="28"/>
        </w:rPr>
      </w:pPr>
      <w:r w:rsidRPr="00CF0F5B">
        <w:rPr>
          <w:sz w:val="28"/>
          <w:szCs w:val="28"/>
        </w:rPr>
        <w:t>- Yêu cầu các nhà thầu xây lắp chủ động bố trí, bổ sung nhân lực, máy móc, thiết bị và vật tư phù hợp, tổ chức thi công liên tục, bảo đảm tiến độ đối với các công trình đã khởi công.</w:t>
      </w:r>
    </w:p>
    <w:p w14:paraId="3AD4C85E" w14:textId="77777777" w:rsidR="00E85735" w:rsidRPr="00CF0F5B" w:rsidRDefault="007C341F" w:rsidP="00735E53">
      <w:pPr>
        <w:spacing w:after="80"/>
        <w:ind w:firstLine="567"/>
        <w:jc w:val="both"/>
        <w:rPr>
          <w:sz w:val="28"/>
          <w:szCs w:val="28"/>
        </w:rPr>
      </w:pPr>
      <w:r w:rsidRPr="00CF0F5B">
        <w:rPr>
          <w:sz w:val="28"/>
          <w:szCs w:val="28"/>
        </w:rPr>
        <w:t>- Tăng cường kiểm tra, giám sát chất lượng và tiến độ tại hiện trường; chủ động phối hợp với các đơn vị liên quan để kịp thời tháo gỡ khó khăn, vướng mắc phát sinh trong quá trình thực hiện.</w:t>
      </w:r>
    </w:p>
    <w:p w14:paraId="10179E82" w14:textId="77777777" w:rsidR="00E85735" w:rsidRPr="00CF0F5B" w:rsidRDefault="007C341F" w:rsidP="00735E53">
      <w:pPr>
        <w:spacing w:after="80"/>
        <w:ind w:firstLine="567"/>
        <w:jc w:val="both"/>
        <w:rPr>
          <w:sz w:val="28"/>
          <w:szCs w:val="28"/>
        </w:rPr>
      </w:pPr>
      <w:r w:rsidRPr="00CF0F5B">
        <w:rPr>
          <w:sz w:val="28"/>
          <w:szCs w:val="28"/>
        </w:rPr>
        <w:lastRenderedPageBreak/>
        <w:t>- Tập trung đẩy nhanh tiến độ thi công, khẩn trương lập hồ sơ nghiệm thu, thanh toán khối lượng hoàn thành; phấn đấu đưa các dự án về đích đúng tiến độ được phê duyệt và giải ngân tối đa nguồn vốn được giao.</w:t>
      </w:r>
    </w:p>
    <w:p w14:paraId="7528AB54" w14:textId="059C79BD" w:rsidR="00E85735" w:rsidRPr="00CF0F5B" w:rsidRDefault="007C341F" w:rsidP="00735E53">
      <w:pPr>
        <w:spacing w:after="240"/>
        <w:ind w:firstLine="567"/>
        <w:jc w:val="both"/>
        <w:rPr>
          <w:sz w:val="28"/>
          <w:szCs w:val="28"/>
        </w:rPr>
      </w:pPr>
      <w:r w:rsidRPr="00CF0F5B">
        <w:rPr>
          <w:sz w:val="28"/>
          <w:szCs w:val="28"/>
        </w:rPr>
        <w:t xml:space="preserve">Trên đây </w:t>
      </w:r>
      <w:r w:rsidR="00594855">
        <w:rPr>
          <w:sz w:val="28"/>
          <w:szCs w:val="28"/>
        </w:rPr>
        <w:t>là Báo cáo tình hình triển khai</w:t>
      </w:r>
      <w:r w:rsidRPr="00CF0F5B">
        <w:rPr>
          <w:sz w:val="28"/>
          <w:szCs w:val="28"/>
        </w:rPr>
        <w:t xml:space="preserve"> thực hiện</w:t>
      </w:r>
      <w:r w:rsidR="00594855">
        <w:rPr>
          <w:sz w:val="28"/>
          <w:szCs w:val="28"/>
        </w:rPr>
        <w:t>,</w:t>
      </w:r>
      <w:r w:rsidRPr="00CF0F5B">
        <w:rPr>
          <w:sz w:val="28"/>
          <w:szCs w:val="28"/>
        </w:rPr>
        <w:t xml:space="preserve"> </w:t>
      </w:r>
      <w:r w:rsidR="00594855" w:rsidRPr="00CF0F5B">
        <w:rPr>
          <w:sz w:val="28"/>
          <w:szCs w:val="28"/>
        </w:rPr>
        <w:t xml:space="preserve">giải ngân </w:t>
      </w:r>
      <w:r w:rsidR="001966EE">
        <w:rPr>
          <w:sz w:val="28"/>
          <w:szCs w:val="28"/>
        </w:rPr>
        <w:t xml:space="preserve">các dự án đầu tư </w:t>
      </w:r>
      <w:r w:rsidRPr="00CF0F5B">
        <w:rPr>
          <w:sz w:val="28"/>
          <w:szCs w:val="28"/>
        </w:rPr>
        <w:t>công tr</w:t>
      </w:r>
      <w:r w:rsidR="00594855">
        <w:rPr>
          <w:sz w:val="28"/>
          <w:szCs w:val="28"/>
        </w:rPr>
        <w:t xml:space="preserve">ên địa bàn xã Đức Thọ đến ngày </w:t>
      </w:r>
      <w:r w:rsidR="00973F28">
        <w:rPr>
          <w:sz w:val="28"/>
          <w:szCs w:val="28"/>
        </w:rPr>
        <w:t>30</w:t>
      </w:r>
      <w:r w:rsidRPr="00CF0F5B">
        <w:rPr>
          <w:sz w:val="28"/>
          <w:szCs w:val="28"/>
        </w:rPr>
        <w:t>/9/2026, Văn phòng HĐND và UBND xã trân trọng báo cáo./.</w:t>
      </w:r>
    </w:p>
    <w:tbl>
      <w:tblPr>
        <w:tblW w:w="0" w:type="auto"/>
        <w:jc w:val="center"/>
        <w:tblInd w:w="-270" w:type="dxa"/>
        <w:tblLayout w:type="fixed"/>
        <w:tblLook w:val="04A0" w:firstRow="1" w:lastRow="0" w:firstColumn="1" w:lastColumn="0" w:noHBand="0" w:noVBand="1"/>
      </w:tblPr>
      <w:tblGrid>
        <w:gridCol w:w="4972"/>
        <w:gridCol w:w="4702"/>
      </w:tblGrid>
      <w:tr w:rsidR="00E85735" w:rsidRPr="001378AB" w14:paraId="3887605A" w14:textId="77777777" w:rsidTr="000439E7">
        <w:trPr>
          <w:trHeight w:val="1641"/>
          <w:jc w:val="center"/>
        </w:trPr>
        <w:tc>
          <w:tcPr>
            <w:tcW w:w="4972" w:type="dxa"/>
          </w:tcPr>
          <w:p w14:paraId="3441A802" w14:textId="452501BE" w:rsidR="00E85735" w:rsidRPr="001378AB" w:rsidRDefault="007C341F" w:rsidP="00405C64">
            <w:pPr>
              <w:rPr>
                <w:szCs w:val="26"/>
              </w:rPr>
            </w:pPr>
            <w:r w:rsidRPr="00735E53">
              <w:rPr>
                <w:b/>
                <w:i/>
                <w:sz w:val="24"/>
                <w:szCs w:val="24"/>
              </w:rPr>
              <w:t>Nơi nhận:</w:t>
            </w:r>
            <w:r w:rsidRPr="001378AB">
              <w:rPr>
                <w:szCs w:val="26"/>
              </w:rPr>
              <w:br/>
            </w:r>
            <w:r w:rsidRPr="00594855">
              <w:rPr>
                <w:sz w:val="22"/>
              </w:rPr>
              <w:t>- Như trên;</w:t>
            </w:r>
            <w:r w:rsidRPr="00594855">
              <w:rPr>
                <w:sz w:val="22"/>
              </w:rPr>
              <w:br/>
              <w:t>- Lưu: VP.</w:t>
            </w:r>
          </w:p>
        </w:tc>
        <w:tc>
          <w:tcPr>
            <w:tcW w:w="4702" w:type="dxa"/>
          </w:tcPr>
          <w:p w14:paraId="7E1604C4" w14:textId="44D331EC" w:rsidR="00CF0F5B" w:rsidRDefault="007C341F">
            <w:pPr>
              <w:jc w:val="center"/>
              <w:rPr>
                <w:b/>
                <w:szCs w:val="26"/>
              </w:rPr>
            </w:pPr>
            <w:r w:rsidRPr="001378AB">
              <w:rPr>
                <w:b/>
                <w:szCs w:val="26"/>
              </w:rPr>
              <w:t>CHÁNH VĂN PHÒNG</w:t>
            </w:r>
            <w:r w:rsidRPr="001378AB">
              <w:rPr>
                <w:b/>
                <w:szCs w:val="26"/>
              </w:rPr>
              <w:br/>
            </w:r>
            <w:r w:rsidRPr="001378AB">
              <w:rPr>
                <w:b/>
                <w:szCs w:val="26"/>
              </w:rPr>
              <w:br/>
            </w:r>
          </w:p>
          <w:p w14:paraId="49F51541" w14:textId="77777777" w:rsidR="001378AB" w:rsidRDefault="001378AB">
            <w:pPr>
              <w:jc w:val="center"/>
              <w:rPr>
                <w:b/>
                <w:szCs w:val="26"/>
              </w:rPr>
            </w:pPr>
          </w:p>
          <w:p w14:paraId="39051B09" w14:textId="6A6C278E" w:rsidR="00735E53" w:rsidRDefault="005C265D" w:rsidP="005C265D">
            <w:pPr>
              <w:spacing w:after="0" w:line="240" w:lineRule="auto"/>
              <w:jc w:val="center"/>
              <w:rPr>
                <w:b/>
                <w:szCs w:val="26"/>
              </w:rPr>
            </w:pPr>
            <w:r>
              <w:rPr>
                <w:b/>
                <w:szCs w:val="26"/>
              </w:rPr>
              <w:t>ĐẠI DIỆN CHỦ ĐẦU TƯ</w:t>
            </w:r>
          </w:p>
          <w:p w14:paraId="55D71D2E" w14:textId="68383AFD" w:rsidR="00E85735" w:rsidRPr="001378AB" w:rsidRDefault="005C265D" w:rsidP="005C265D">
            <w:pPr>
              <w:spacing w:after="0" w:line="240" w:lineRule="auto"/>
              <w:jc w:val="center"/>
              <w:rPr>
                <w:szCs w:val="26"/>
              </w:rPr>
            </w:pPr>
            <w:r>
              <w:rPr>
                <w:b/>
                <w:szCs w:val="26"/>
              </w:rPr>
              <w:t xml:space="preserve">  </w:t>
            </w:r>
            <w:r w:rsidR="007C341F" w:rsidRPr="001378AB">
              <w:rPr>
                <w:b/>
                <w:szCs w:val="26"/>
              </w:rPr>
              <w:t>Bùi Đại Đức</w:t>
            </w:r>
          </w:p>
        </w:tc>
      </w:tr>
    </w:tbl>
    <w:p w14:paraId="3C883317" w14:textId="77777777" w:rsidR="007A199E" w:rsidRDefault="007A199E">
      <w:pPr>
        <w:rPr>
          <w:sz w:val="28"/>
          <w:szCs w:val="28"/>
        </w:rPr>
      </w:pPr>
    </w:p>
    <w:p w14:paraId="095B4E6C" w14:textId="39A748A2" w:rsidR="00A8778F" w:rsidRDefault="00A8778F">
      <w:pPr>
        <w:rPr>
          <w:sz w:val="28"/>
          <w:szCs w:val="28"/>
        </w:rPr>
      </w:pPr>
    </w:p>
    <w:sectPr w:rsidR="00A8778F" w:rsidSect="00735E53">
      <w:headerReference w:type="default" r:id="rId9"/>
      <w:pgSz w:w="12240" w:h="15840" w:code="1"/>
      <w:pgMar w:top="851" w:right="964" w:bottom="85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99D648" w14:textId="77777777" w:rsidR="00C95D07" w:rsidRDefault="00C95D07" w:rsidP="00CF0F5B">
      <w:pPr>
        <w:spacing w:after="0" w:line="240" w:lineRule="auto"/>
      </w:pPr>
      <w:r>
        <w:separator/>
      </w:r>
    </w:p>
  </w:endnote>
  <w:endnote w:type="continuationSeparator" w:id="0">
    <w:p w14:paraId="6C4C961E" w14:textId="77777777" w:rsidR="00C95D07" w:rsidRDefault="00C95D07" w:rsidP="00CF0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8FF3BE" w14:textId="77777777" w:rsidR="00C95D07" w:rsidRDefault="00C95D07" w:rsidP="00CF0F5B">
      <w:pPr>
        <w:spacing w:after="0" w:line="240" w:lineRule="auto"/>
      </w:pPr>
      <w:r>
        <w:separator/>
      </w:r>
    </w:p>
  </w:footnote>
  <w:footnote w:type="continuationSeparator" w:id="0">
    <w:p w14:paraId="183462B4" w14:textId="77777777" w:rsidR="00C95D07" w:rsidRDefault="00C95D07" w:rsidP="00CF0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8602028"/>
      <w:docPartObj>
        <w:docPartGallery w:val="Page Numbers (Top of Page)"/>
        <w:docPartUnique/>
      </w:docPartObj>
    </w:sdtPr>
    <w:sdtEndPr>
      <w:rPr>
        <w:noProof/>
      </w:rPr>
    </w:sdtEndPr>
    <w:sdtContent>
      <w:p w14:paraId="188731CA" w14:textId="7BF7AE90" w:rsidR="00735E53" w:rsidRDefault="00735E53">
        <w:pPr>
          <w:pStyle w:val="Header"/>
          <w:jc w:val="center"/>
        </w:pPr>
        <w:r>
          <w:fldChar w:fldCharType="begin"/>
        </w:r>
        <w:r>
          <w:instrText xml:space="preserve"> PAGE   \* MERGEFORMAT </w:instrText>
        </w:r>
        <w:r>
          <w:fldChar w:fldCharType="separate"/>
        </w:r>
        <w:r w:rsidR="00AC0DB0">
          <w:rPr>
            <w:noProof/>
          </w:rPr>
          <w:t>4</w:t>
        </w:r>
        <w:r>
          <w:rPr>
            <w:noProof/>
          </w:rPr>
          <w:fldChar w:fldCharType="end"/>
        </w:r>
      </w:p>
    </w:sdtContent>
  </w:sdt>
  <w:p w14:paraId="5346BAB5" w14:textId="77777777" w:rsidR="00CF0F5B" w:rsidRDefault="00CF0F5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25D3"/>
    <w:rsid w:val="0003326E"/>
    <w:rsid w:val="00034616"/>
    <w:rsid w:val="00042D2D"/>
    <w:rsid w:val="000439E7"/>
    <w:rsid w:val="0006063C"/>
    <w:rsid w:val="000946FF"/>
    <w:rsid w:val="000B7F0F"/>
    <w:rsid w:val="000C121D"/>
    <w:rsid w:val="00112200"/>
    <w:rsid w:val="001378AB"/>
    <w:rsid w:val="0015074B"/>
    <w:rsid w:val="00171A61"/>
    <w:rsid w:val="001819ED"/>
    <w:rsid w:val="001966EE"/>
    <w:rsid w:val="002140B5"/>
    <w:rsid w:val="00292B83"/>
    <w:rsid w:val="00294C7A"/>
    <w:rsid w:val="0029639D"/>
    <w:rsid w:val="002A2E41"/>
    <w:rsid w:val="0031290B"/>
    <w:rsid w:val="00316144"/>
    <w:rsid w:val="00326F90"/>
    <w:rsid w:val="00356A65"/>
    <w:rsid w:val="00360C25"/>
    <w:rsid w:val="0039033F"/>
    <w:rsid w:val="0039126B"/>
    <w:rsid w:val="003A5176"/>
    <w:rsid w:val="003A56EB"/>
    <w:rsid w:val="003B06F0"/>
    <w:rsid w:val="003B0B42"/>
    <w:rsid w:val="00405C64"/>
    <w:rsid w:val="004258BC"/>
    <w:rsid w:val="00442A2E"/>
    <w:rsid w:val="0047533E"/>
    <w:rsid w:val="00482885"/>
    <w:rsid w:val="00487281"/>
    <w:rsid w:val="00524419"/>
    <w:rsid w:val="00570BA1"/>
    <w:rsid w:val="00585A62"/>
    <w:rsid w:val="00593926"/>
    <w:rsid w:val="00594855"/>
    <w:rsid w:val="005C265D"/>
    <w:rsid w:val="005D2111"/>
    <w:rsid w:val="005D4E33"/>
    <w:rsid w:val="006125F6"/>
    <w:rsid w:val="0066308E"/>
    <w:rsid w:val="00665CAE"/>
    <w:rsid w:val="006672D5"/>
    <w:rsid w:val="00673DB5"/>
    <w:rsid w:val="006E57AF"/>
    <w:rsid w:val="00704582"/>
    <w:rsid w:val="007140A6"/>
    <w:rsid w:val="00735E53"/>
    <w:rsid w:val="007709EE"/>
    <w:rsid w:val="00780382"/>
    <w:rsid w:val="007A199E"/>
    <w:rsid w:val="007C341F"/>
    <w:rsid w:val="00800959"/>
    <w:rsid w:val="0082466F"/>
    <w:rsid w:val="008A3EC8"/>
    <w:rsid w:val="008B0245"/>
    <w:rsid w:val="008C15B7"/>
    <w:rsid w:val="008E7449"/>
    <w:rsid w:val="009069AE"/>
    <w:rsid w:val="0092795B"/>
    <w:rsid w:val="00973F28"/>
    <w:rsid w:val="009945FC"/>
    <w:rsid w:val="009A299B"/>
    <w:rsid w:val="009C13D9"/>
    <w:rsid w:val="009C662E"/>
    <w:rsid w:val="009F0DEA"/>
    <w:rsid w:val="009F49B1"/>
    <w:rsid w:val="00A02485"/>
    <w:rsid w:val="00A74C05"/>
    <w:rsid w:val="00A8778F"/>
    <w:rsid w:val="00AA1D8D"/>
    <w:rsid w:val="00AC0DB0"/>
    <w:rsid w:val="00AC2CCB"/>
    <w:rsid w:val="00AE4434"/>
    <w:rsid w:val="00B16EC5"/>
    <w:rsid w:val="00B47730"/>
    <w:rsid w:val="00B739D1"/>
    <w:rsid w:val="00B8219E"/>
    <w:rsid w:val="00BB7815"/>
    <w:rsid w:val="00BF29AC"/>
    <w:rsid w:val="00C06DE8"/>
    <w:rsid w:val="00C26339"/>
    <w:rsid w:val="00C6318A"/>
    <w:rsid w:val="00C74EFB"/>
    <w:rsid w:val="00C77878"/>
    <w:rsid w:val="00C95D07"/>
    <w:rsid w:val="00CA2BE3"/>
    <w:rsid w:val="00CB0664"/>
    <w:rsid w:val="00CB543C"/>
    <w:rsid w:val="00CB759B"/>
    <w:rsid w:val="00CC1AA0"/>
    <w:rsid w:val="00CC520F"/>
    <w:rsid w:val="00CF0F5B"/>
    <w:rsid w:val="00D00274"/>
    <w:rsid w:val="00D51530"/>
    <w:rsid w:val="00D70D63"/>
    <w:rsid w:val="00DA66E3"/>
    <w:rsid w:val="00E12602"/>
    <w:rsid w:val="00E7364F"/>
    <w:rsid w:val="00E73873"/>
    <w:rsid w:val="00E77F1F"/>
    <w:rsid w:val="00E85735"/>
    <w:rsid w:val="00E94D65"/>
    <w:rsid w:val="00EF11B8"/>
    <w:rsid w:val="00F71242"/>
    <w:rsid w:val="00F71546"/>
    <w:rsid w:val="00F7794D"/>
    <w:rsid w:val="00F927CF"/>
    <w:rsid w:val="00FC5F83"/>
    <w:rsid w:val="00FC693F"/>
    <w:rsid w:val="00FF5B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A5EA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59"/>
    <w:rsid w:val="00CF0F5B"/>
    <w:pPr>
      <w:spacing w:after="0" w:line="240" w:lineRule="auto"/>
    </w:pPr>
    <w:rPr>
      <w:rFonts w:ascii="Times New Roman" w:eastAsia="Calibri"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59"/>
    <w:rsid w:val="00CF0F5B"/>
    <w:pPr>
      <w:spacing w:after="0" w:line="240" w:lineRule="auto"/>
    </w:pPr>
    <w:rPr>
      <w:rFonts w:ascii="Times New Roman" w:eastAsia="Calibri"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1B3F23-F7AA-4C6A-9C64-1612BE221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PHU HUNG</cp:lastModifiedBy>
  <cp:revision>6</cp:revision>
  <dcterms:created xsi:type="dcterms:W3CDTF">2026-09-30T13:26:00Z</dcterms:created>
  <dcterms:modified xsi:type="dcterms:W3CDTF">2026-09-30T14:18:00Z</dcterms:modified>
</cp:coreProperties>
</file>